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
        <w:jc w:val="center"/>
      </w:pPr>
      <w:r>
        <w:rPr>
          <w:rFonts w:ascii="Aptos Display" w:hAnsi="Aptos Display"/>
          <w:b/>
          <w:color w:val="1F2937"/>
          <w:sz w:val="68"/>
        </w:rPr>
        <w:t>MARKETING PLAN</w:t>
      </w:r>
    </w:p>
    <w:p>
      <w:pPr>
        <w:jc w:val="center"/>
      </w:pPr>
      <w:r>
        <w:rPr>
          <w:rFonts w:ascii="Aptos Display" w:hAnsi="Aptos Display"/>
          <w:color w:val="1E5EFF"/>
          <w:sz w:val="40"/>
        </w:rPr>
        <w:t>Template</w:t>
      </w:r>
    </w:p>
    <w:p>
      <w:pPr>
        <w:jc w:val="center"/>
      </w:pPr>
      <w:r>
        <w:drawing>
          <wp:inline xmlns:a="http://schemas.openxmlformats.org/drawingml/2006/main" xmlns:pic="http://schemas.openxmlformats.org/drawingml/2006/picture">
            <wp:extent cx="4251960" cy="2391728"/>
            <wp:docPr id="1" name="Picture 1" descr="Image: AAMA_Company_Logo_Placeholder.png"/>
            <wp:cNvGraphicFramePr>
              <a:graphicFrameLocks noChangeAspect="1"/>
            </wp:cNvGraphicFramePr>
            <a:graphic>
              <a:graphicData uri="http://schemas.openxmlformats.org/drawingml/2006/picture">
                <pic:pic>
                  <pic:nvPicPr>
                    <pic:cNvPr id="0" name="AAMA_Company_Logo_Placeholder.png"/>
                    <pic:cNvPicPr/>
                  </pic:nvPicPr>
                  <pic:blipFill>
                    <a:blip r:embed="rId11"/>
                    <a:stretch>
                      <a:fillRect/>
                    </a:stretch>
                  </pic:blipFill>
                  <pic:spPr>
                    <a:xfrm>
                      <a:off x="0" y="0"/>
                      <a:ext cx="4251960" cy="2391728"/>
                    </a:xfrm>
                    <a:prstGeom prst="rect"/>
                  </pic:spPr>
                </pic:pic>
              </a:graphicData>
            </a:graphic>
          </wp:inline>
        </w:drawing>
      </w:r>
    </w:p>
    <w:p>
      <w:pPr>
        <w:pStyle w:val="Caption"/>
        <w:jc w:val="center"/>
      </w:pPr>
      <w:r>
        <w:t>[Replace with organization logo]</w:t>
      </w:r>
    </w:p>
    <w:tbl>
      <w:tblPr>
        <w:tblStyle w:val="TableGrid"/>
        <w:tblW w:type="auto" w:w="0"/>
        <w:jc w:val="center"/>
        <w:tblLayout w:type="fixed"/>
        <w:tblLook w:firstColumn="1" w:firstRow="1" w:lastColumn="0" w:lastRow="0" w:noHBand="0" w:noVBand="1" w:val="04A0"/>
      </w:tblPr>
      <w:tblGrid>
        <w:gridCol w:w="5083"/>
        <w:gridCol w:w="5083"/>
      </w:tblGrid>
      <w:tr>
        <w:tc>
          <w:tcPr>
            <w:tcW w:type="dxa" w:w="2880"/>
            <w:shd w:fill="F3F5F7"/>
            <w:tcMar>
              <w:top w:w="120" w:type="dxa"/>
              <w:start w:w="130" w:type="dxa"/>
              <w:bottom w:w="120" w:type="dxa"/>
              <w:end w:w="130" w:type="dxa"/>
            </w:tcMar>
          </w:tcPr>
          <w:p>
            <w:r>
              <w:t>Organization</w:t>
            </w:r>
          </w:p>
        </w:tc>
        <w:tc>
          <w:tcPr>
            <w:tcW w:type="dxa" w:w="6480"/>
            <w:tcMar>
              <w:top w:w="120" w:type="dxa"/>
              <w:start w:w="130" w:type="dxa"/>
              <w:bottom w:w="120" w:type="dxa"/>
              <w:end w:w="130" w:type="dxa"/>
            </w:tcMar>
          </w:tcPr>
          <w:p>
            <w:r>
              <w:t>[Enter Organization]</w:t>
            </w:r>
          </w:p>
        </w:tc>
      </w:tr>
      <w:tr>
        <w:tc>
          <w:tcPr>
            <w:tcW w:type="dxa" w:w="2880"/>
            <w:shd w:fill="F3F5F7"/>
            <w:tcMar>
              <w:top w:w="120" w:type="dxa"/>
              <w:start w:w="130" w:type="dxa"/>
              <w:bottom w:w="120" w:type="dxa"/>
              <w:end w:w="130" w:type="dxa"/>
            </w:tcMar>
          </w:tcPr>
          <w:p>
            <w:r>
              <w:t>Plan Period</w:t>
            </w:r>
          </w:p>
        </w:tc>
        <w:tc>
          <w:tcPr>
            <w:tcW w:type="dxa" w:w="6480"/>
            <w:tcMar>
              <w:top w:w="120" w:type="dxa"/>
              <w:start w:w="130" w:type="dxa"/>
              <w:bottom w:w="120" w:type="dxa"/>
              <w:end w:w="130" w:type="dxa"/>
            </w:tcMar>
          </w:tcPr>
          <w:p>
            <w:r>
              <w:t>[Enter Date Range]</w:t>
            </w:r>
          </w:p>
        </w:tc>
      </w:tr>
      <w:tr>
        <w:tc>
          <w:tcPr>
            <w:tcW w:type="dxa" w:w="2880"/>
            <w:shd w:fill="F3F5F7"/>
            <w:tcMar>
              <w:top w:w="120" w:type="dxa"/>
              <w:start w:w="130" w:type="dxa"/>
              <w:bottom w:w="120" w:type="dxa"/>
              <w:end w:w="130" w:type="dxa"/>
            </w:tcMar>
          </w:tcPr>
          <w:p>
            <w:r>
              <w:t>Prepared By</w:t>
            </w:r>
          </w:p>
        </w:tc>
        <w:tc>
          <w:tcPr>
            <w:tcW w:type="dxa" w:w="6480"/>
            <w:tcMar>
              <w:top w:w="120" w:type="dxa"/>
              <w:start w:w="130" w:type="dxa"/>
              <w:bottom w:w="120" w:type="dxa"/>
              <w:end w:w="130" w:type="dxa"/>
            </w:tcMar>
          </w:tcPr>
          <w:p>
            <w:r>
              <w:t>[Enter Name / Team]</w:t>
            </w:r>
          </w:p>
        </w:tc>
      </w:tr>
      <w:tr>
        <w:tc>
          <w:tcPr>
            <w:tcW w:type="dxa" w:w="2880"/>
            <w:shd w:fill="F3F5F7"/>
            <w:tcMar>
              <w:top w:w="120" w:type="dxa"/>
              <w:start w:w="130" w:type="dxa"/>
              <w:bottom w:w="120" w:type="dxa"/>
              <w:end w:w="130" w:type="dxa"/>
            </w:tcMar>
          </w:tcPr>
          <w:p>
            <w:r>
              <w:t>Version</w:t>
            </w:r>
          </w:p>
        </w:tc>
        <w:tc>
          <w:tcPr>
            <w:tcW w:type="dxa" w:w="6480"/>
            <w:tcMar>
              <w:top w:w="120" w:type="dxa"/>
              <w:start w:w="130" w:type="dxa"/>
              <w:bottom w:w="120" w:type="dxa"/>
              <w:end w:w="130" w:type="dxa"/>
            </w:tcMar>
          </w:tcPr>
          <w:p>
            <w:r>
              <w:t>[Enter Version]</w:t>
            </w:r>
          </w:p>
        </w:tc>
      </w:tr>
      <w:tr>
        <w:tc>
          <w:tcPr>
            <w:tcW w:type="dxa" w:w="2880"/>
            <w:shd w:fill="F3F5F7"/>
            <w:tcMar>
              <w:top w:w="120" w:type="dxa"/>
              <w:start w:w="130" w:type="dxa"/>
              <w:bottom w:w="120" w:type="dxa"/>
              <w:end w:w="130" w:type="dxa"/>
            </w:tcMar>
          </w:tcPr>
          <w:p>
            <w:r>
              <w:t>Last Updated</w:t>
            </w:r>
          </w:p>
        </w:tc>
        <w:tc>
          <w:tcPr>
            <w:tcW w:type="dxa" w:w="6480"/>
            <w:tcMar>
              <w:top w:w="120" w:type="dxa"/>
              <w:start w:w="130" w:type="dxa"/>
              <w:bottom w:w="120" w:type="dxa"/>
              <w:end w:w="130" w:type="dxa"/>
            </w:tcMar>
          </w:tcPr>
          <w:p>
            <w:r>
              <w:t>[Enter Date]</w:t>
            </w:r>
          </w:p>
        </w:tc>
      </w:tr>
    </w:tbl>
    <w:p/>
    <w:p>
      <w:pPr>
        <w:pStyle w:val="Instruction"/>
        <w:jc w:val="center"/>
      </w:pPr>
      <w:r>
        <w:t>Bracketed text contains instructions or placeholder content. Replace or remove all bracketed text before sharing the completed document.</w:t>
      </w:r>
    </w:p>
    <w:p>
      <w:pPr>
        <w:pStyle w:val="Heading1"/>
      </w:pPr>
      <w:r>
        <w:t>How to Use This Template</w:t>
      </w:r>
    </w:p>
    <w:p>
      <w:pPr>
        <w:pStyle w:val="BodyText"/>
      </w:pPr>
      <w:r>
        <w:t>This template is designed to help professionals, organizations, students, and academic teams build a complete marketing plan without forcing every project into the same level of detail. Keep the sections that support the decision you are making, expand areas that require deeper analysis, and remove sections that are not relevant to the final plan.</w:t>
      </w:r>
    </w:p>
    <w:p>
      <w:pPr>
        <w:pStyle w:val="Instruction"/>
      </w:pPr>
      <w:r>
        <w:t>Use bracketed text as working instructions. Replace all bracketed material with your own content before presenting or distributing the plan. Image placeholders can be replaced in Word by selecting the image and using Change Picture.</w:t>
      </w:r>
    </w:p>
    <w:p>
      <w:pPr>
        <w:pStyle w:val="Heading2"/>
      </w:pPr>
      <w:r>
        <w:t>Recommended Planning Sequence</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864"/>
            <w:shd w:fill="1E5EFF"/>
            <w:tcMar>
              <w:top w:w="120" w:type="dxa"/>
              <w:start w:w="120" w:type="dxa"/>
              <w:bottom w:w="120" w:type="dxa"/>
              <w:end w:w="120" w:type="dxa"/>
            </w:tcMar>
          </w:tcPr>
          <w:p>
            <w:r>
              <w:rPr>
                <w:b/>
                <w:color w:val="FFFFFF"/>
              </w:rPr>
              <w:t>Step</w:t>
            </w:r>
          </w:p>
        </w:tc>
        <w:tc>
          <w:tcPr>
            <w:tcW w:type="dxa" w:w="2880"/>
            <w:shd w:fill="1E5EFF"/>
            <w:tcMar>
              <w:top w:w="120" w:type="dxa"/>
              <w:start w:w="120" w:type="dxa"/>
              <w:bottom w:w="120" w:type="dxa"/>
              <w:end w:w="120" w:type="dxa"/>
            </w:tcMar>
          </w:tcPr>
          <w:p>
            <w:r>
              <w:rPr>
                <w:b/>
                <w:color w:val="FFFFFF"/>
              </w:rPr>
              <w:t>Focus</w:t>
            </w:r>
          </w:p>
        </w:tc>
        <w:tc>
          <w:tcPr>
            <w:tcW w:type="dxa" w:w="5760"/>
            <w:shd w:fill="1E5EFF"/>
            <w:tcMar>
              <w:top w:w="120" w:type="dxa"/>
              <w:start w:w="120" w:type="dxa"/>
              <w:bottom w:w="120" w:type="dxa"/>
              <w:end w:w="120" w:type="dxa"/>
            </w:tcMar>
          </w:tcPr>
          <w:p>
            <w:r>
              <w:rPr>
                <w:b/>
                <w:color w:val="FFFFFF"/>
              </w:rPr>
              <w:t>Primary Output</w:t>
            </w:r>
          </w:p>
        </w:tc>
      </w:tr>
      <w:tr>
        <w:tc>
          <w:tcPr>
            <w:tcW w:type="dxa" w:w="864"/>
            <w:tcMar>
              <w:top w:w="100" w:type="dxa"/>
              <w:start w:w="110" w:type="dxa"/>
              <w:bottom w:w="100" w:type="dxa"/>
              <w:end w:w="110" w:type="dxa"/>
            </w:tcMar>
            <w:vAlign w:val="top"/>
          </w:tcPr>
          <w:p>
            <w:r>
              <w:t>1</w:t>
            </w:r>
          </w:p>
        </w:tc>
        <w:tc>
          <w:tcPr>
            <w:tcW w:type="dxa" w:w="2880"/>
            <w:tcMar>
              <w:top w:w="100" w:type="dxa"/>
              <w:start w:w="110" w:type="dxa"/>
              <w:bottom w:w="100" w:type="dxa"/>
              <w:end w:w="110" w:type="dxa"/>
            </w:tcMar>
            <w:vAlign w:val="top"/>
          </w:tcPr>
          <w:p>
            <w:r>
              <w:t>Situation</w:t>
            </w:r>
          </w:p>
        </w:tc>
        <w:tc>
          <w:tcPr>
            <w:tcW w:type="dxa" w:w="5760"/>
            <w:tcMar>
              <w:top w:w="100" w:type="dxa"/>
              <w:start w:w="110" w:type="dxa"/>
              <w:bottom w:w="100" w:type="dxa"/>
              <w:end w:w="110" w:type="dxa"/>
            </w:tcMar>
            <w:vAlign w:val="top"/>
          </w:tcPr>
          <w:p>
            <w:r>
              <w:t>Current market, customer, company, and competitive context</w:t>
            </w:r>
          </w:p>
        </w:tc>
      </w:tr>
      <w:tr>
        <w:tc>
          <w:tcPr>
            <w:tcW w:type="dxa" w:w="864"/>
            <w:tcMar>
              <w:top w:w="100" w:type="dxa"/>
              <w:start w:w="110" w:type="dxa"/>
              <w:bottom w:w="100" w:type="dxa"/>
              <w:end w:w="110" w:type="dxa"/>
            </w:tcMar>
            <w:vAlign w:val="top"/>
          </w:tcPr>
          <w:p>
            <w:r>
              <w:t>2</w:t>
            </w:r>
          </w:p>
        </w:tc>
        <w:tc>
          <w:tcPr>
            <w:tcW w:type="dxa" w:w="2880"/>
            <w:tcMar>
              <w:top w:w="100" w:type="dxa"/>
              <w:start w:w="110" w:type="dxa"/>
              <w:bottom w:w="100" w:type="dxa"/>
              <w:end w:w="110" w:type="dxa"/>
            </w:tcMar>
            <w:vAlign w:val="top"/>
          </w:tcPr>
          <w:p>
            <w:r>
              <w:t>Objectives</w:t>
            </w:r>
          </w:p>
        </w:tc>
        <w:tc>
          <w:tcPr>
            <w:tcW w:type="dxa" w:w="5760"/>
            <w:tcMar>
              <w:top w:w="100" w:type="dxa"/>
              <w:start w:w="110" w:type="dxa"/>
              <w:bottom w:w="100" w:type="dxa"/>
              <w:end w:w="110" w:type="dxa"/>
            </w:tcMar>
            <w:vAlign w:val="top"/>
          </w:tcPr>
          <w:p>
            <w:r>
              <w:t>Business and marketing outcomes the plan must support</w:t>
            </w:r>
          </w:p>
        </w:tc>
      </w:tr>
      <w:tr>
        <w:tc>
          <w:tcPr>
            <w:tcW w:type="dxa" w:w="864"/>
            <w:tcMar>
              <w:top w:w="100" w:type="dxa"/>
              <w:start w:w="110" w:type="dxa"/>
              <w:bottom w:w="100" w:type="dxa"/>
              <w:end w:w="110" w:type="dxa"/>
            </w:tcMar>
            <w:vAlign w:val="top"/>
          </w:tcPr>
          <w:p>
            <w:r>
              <w:t>3</w:t>
            </w:r>
          </w:p>
        </w:tc>
        <w:tc>
          <w:tcPr>
            <w:tcW w:type="dxa" w:w="2880"/>
            <w:tcMar>
              <w:top w:w="100" w:type="dxa"/>
              <w:start w:w="110" w:type="dxa"/>
              <w:bottom w:w="100" w:type="dxa"/>
              <w:end w:w="110" w:type="dxa"/>
            </w:tcMar>
            <w:vAlign w:val="top"/>
          </w:tcPr>
          <w:p>
            <w:r>
              <w:t>Audience</w:t>
            </w:r>
          </w:p>
        </w:tc>
        <w:tc>
          <w:tcPr>
            <w:tcW w:type="dxa" w:w="5760"/>
            <w:tcMar>
              <w:top w:w="100" w:type="dxa"/>
              <w:start w:w="110" w:type="dxa"/>
              <w:bottom w:w="100" w:type="dxa"/>
              <w:end w:w="110" w:type="dxa"/>
            </w:tcMar>
            <w:vAlign w:val="top"/>
          </w:tcPr>
          <w:p>
            <w:r>
              <w:t>Priority customer or stakeholder groups and relevant insights</w:t>
            </w:r>
          </w:p>
        </w:tc>
      </w:tr>
      <w:tr>
        <w:tc>
          <w:tcPr>
            <w:tcW w:type="dxa" w:w="864"/>
            <w:tcMar>
              <w:top w:w="100" w:type="dxa"/>
              <w:start w:w="110" w:type="dxa"/>
              <w:bottom w:w="100" w:type="dxa"/>
              <w:end w:w="110" w:type="dxa"/>
            </w:tcMar>
            <w:vAlign w:val="top"/>
          </w:tcPr>
          <w:p>
            <w:r>
              <w:t>4</w:t>
            </w:r>
          </w:p>
        </w:tc>
        <w:tc>
          <w:tcPr>
            <w:tcW w:type="dxa" w:w="2880"/>
            <w:tcMar>
              <w:top w:w="100" w:type="dxa"/>
              <w:start w:w="110" w:type="dxa"/>
              <w:bottom w:w="100" w:type="dxa"/>
              <w:end w:w="110" w:type="dxa"/>
            </w:tcMar>
            <w:vAlign w:val="top"/>
          </w:tcPr>
          <w:p>
            <w:r>
              <w:t>Positioning</w:t>
            </w:r>
          </w:p>
        </w:tc>
        <w:tc>
          <w:tcPr>
            <w:tcW w:type="dxa" w:w="5760"/>
            <w:tcMar>
              <w:top w:w="100" w:type="dxa"/>
              <w:start w:w="110" w:type="dxa"/>
              <w:bottom w:w="100" w:type="dxa"/>
              <w:end w:w="110" w:type="dxa"/>
            </w:tcMar>
            <w:vAlign w:val="top"/>
          </w:tcPr>
          <w:p>
            <w:r>
              <w:t>Value proposition, differentiation, message, and proof</w:t>
            </w:r>
          </w:p>
        </w:tc>
      </w:tr>
      <w:tr>
        <w:tc>
          <w:tcPr>
            <w:tcW w:type="dxa" w:w="864"/>
            <w:tcMar>
              <w:top w:w="100" w:type="dxa"/>
              <w:start w:w="110" w:type="dxa"/>
              <w:bottom w:w="100" w:type="dxa"/>
              <w:end w:w="110" w:type="dxa"/>
            </w:tcMar>
            <w:vAlign w:val="top"/>
          </w:tcPr>
          <w:p>
            <w:r>
              <w:t>5</w:t>
            </w:r>
          </w:p>
        </w:tc>
        <w:tc>
          <w:tcPr>
            <w:tcW w:type="dxa" w:w="2880"/>
            <w:tcMar>
              <w:top w:w="100" w:type="dxa"/>
              <w:start w:w="110" w:type="dxa"/>
              <w:bottom w:w="100" w:type="dxa"/>
              <w:end w:w="110" w:type="dxa"/>
            </w:tcMar>
            <w:vAlign w:val="top"/>
          </w:tcPr>
          <w:p>
            <w:r>
              <w:t>Strategy</w:t>
            </w:r>
          </w:p>
        </w:tc>
        <w:tc>
          <w:tcPr>
            <w:tcW w:type="dxa" w:w="5760"/>
            <w:tcMar>
              <w:top w:w="100" w:type="dxa"/>
              <w:start w:w="110" w:type="dxa"/>
              <w:bottom w:w="100" w:type="dxa"/>
              <w:end w:w="110" w:type="dxa"/>
            </w:tcMar>
            <w:vAlign w:val="top"/>
          </w:tcPr>
          <w:p>
            <w:r>
              <w:t>Strategic choices, channel roles, and campaign approach</w:t>
            </w:r>
          </w:p>
        </w:tc>
      </w:tr>
      <w:tr>
        <w:tc>
          <w:tcPr>
            <w:tcW w:type="dxa" w:w="864"/>
            <w:tcMar>
              <w:top w:w="100" w:type="dxa"/>
              <w:start w:w="110" w:type="dxa"/>
              <w:bottom w:w="100" w:type="dxa"/>
              <w:end w:w="110" w:type="dxa"/>
            </w:tcMar>
            <w:vAlign w:val="top"/>
          </w:tcPr>
          <w:p>
            <w:r>
              <w:t>6</w:t>
            </w:r>
          </w:p>
        </w:tc>
        <w:tc>
          <w:tcPr>
            <w:tcW w:type="dxa" w:w="2880"/>
            <w:tcMar>
              <w:top w:w="100" w:type="dxa"/>
              <w:start w:w="110" w:type="dxa"/>
              <w:bottom w:w="100" w:type="dxa"/>
              <w:end w:w="110" w:type="dxa"/>
            </w:tcMar>
            <w:vAlign w:val="top"/>
          </w:tcPr>
          <w:p>
            <w:r>
              <w:t>Execution</w:t>
            </w:r>
          </w:p>
        </w:tc>
        <w:tc>
          <w:tcPr>
            <w:tcW w:type="dxa" w:w="5760"/>
            <w:tcMar>
              <w:top w:w="100" w:type="dxa"/>
              <w:start w:w="110" w:type="dxa"/>
              <w:bottom w:w="100" w:type="dxa"/>
              <w:end w:w="110" w:type="dxa"/>
            </w:tcMar>
            <w:vAlign w:val="top"/>
          </w:tcPr>
          <w:p>
            <w:r>
              <w:t>Content, creative, media, calendar, ownership, and budget</w:t>
            </w:r>
          </w:p>
        </w:tc>
      </w:tr>
      <w:tr>
        <w:tc>
          <w:tcPr>
            <w:tcW w:type="dxa" w:w="864"/>
            <w:tcMar>
              <w:top w:w="100" w:type="dxa"/>
              <w:start w:w="110" w:type="dxa"/>
              <w:bottom w:w="100" w:type="dxa"/>
              <w:end w:w="110" w:type="dxa"/>
            </w:tcMar>
            <w:vAlign w:val="top"/>
          </w:tcPr>
          <w:p>
            <w:r>
              <w:t>7</w:t>
            </w:r>
          </w:p>
        </w:tc>
        <w:tc>
          <w:tcPr>
            <w:tcW w:type="dxa" w:w="2880"/>
            <w:tcMar>
              <w:top w:w="100" w:type="dxa"/>
              <w:start w:w="110" w:type="dxa"/>
              <w:bottom w:w="100" w:type="dxa"/>
              <w:end w:w="110" w:type="dxa"/>
            </w:tcMar>
            <w:vAlign w:val="top"/>
          </w:tcPr>
          <w:p>
            <w:r>
              <w:t>Measurement</w:t>
            </w:r>
          </w:p>
        </w:tc>
        <w:tc>
          <w:tcPr>
            <w:tcW w:type="dxa" w:w="5760"/>
            <w:tcMar>
              <w:top w:w="100" w:type="dxa"/>
              <w:start w:w="110" w:type="dxa"/>
              <w:bottom w:w="100" w:type="dxa"/>
              <w:end w:w="110" w:type="dxa"/>
            </w:tcMar>
            <w:vAlign w:val="top"/>
          </w:tcPr>
          <w:p>
            <w:r>
              <w:t>KPIs, reporting, testing, optimization, and decisions</w:t>
            </w:r>
          </w:p>
        </w:tc>
      </w:tr>
    </w:tbl>
    <w:p/>
    <w:p>
      <w:pPr>
        <w:pStyle w:val="Heading2"/>
      </w:pPr>
      <w:r>
        <w:t>Plan Summary</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Plan purpose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[In 2-4 sentences, explain why this marketing plan exists and what decisions it is intended to guide.]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Planning period</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[Enter the dates covered by this plan.]</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Primary business priority</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[State the business priority marketing is expected to support.]</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Primary marketing objective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[State the most important measurable marketing outcome.]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Primary audience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[Identify the highest-priority audience.]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Primary strategic idea</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[Summarize the core strategic approach in one concise paragraph.]</w:t>
            </w:r>
          </w:p>
        </w:tc>
      </w:tr>
    </w:tbl>
    <w:p/>
    <w:p>
      <w:pPr>
        <w:pStyle w:val="Heading1"/>
      </w:pPr>
      <w:r>
        <w:t>1. Executive Summary</w:t>
      </w:r>
    </w:p>
    <w:p>
      <w:pPr>
        <w:pStyle w:val="BodyText"/>
      </w:pPr>
      <w:r>
        <w:t>The executive summary should allow a senior reader to understand the plan without reading every supporting section. Write it after the rest of the plan is substantially complete, even though it appears first.</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Business context</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[Summarize the business situation, opportunity, or problem that makes this plan necessary.]</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Marketing objective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[State the primary objective and the measurement period.]</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Audience priority</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[Identify the audience whose behavior or perception matters most.]</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Strategy</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[Summarize the strategic choices, not the full list of tactics.]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Investment</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[Summarize the proposed marketing budget or resource commitment.]</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Success criteria</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[List the primary KPIs or business outcomes that will determine success.]</w:t>
            </w:r>
          </w:p>
        </w:tc>
      </w:tr>
    </w:tbl>
    <w:p/>
    <w:p>
      <w:pPr>
        <w:jc w:val="center"/>
      </w:pPr>
      <w:r>
        <w:drawing>
          <wp:inline xmlns:a="http://schemas.openxmlformats.org/drawingml/2006/main" xmlns:pic="http://schemas.openxmlformats.org/drawingml/2006/picture">
            <wp:extent cx="4251960" cy="2391728"/>
            <wp:docPr id="2" name="Picture 2" descr="Image: AAMA_Product_Service_Placeholder.png"/>
            <wp:cNvGraphicFramePr>
              <a:graphicFrameLocks noChangeAspect="1"/>
            </wp:cNvGraphicFramePr>
            <a:graphic>
              <a:graphicData uri="http://schemas.openxmlformats.org/drawingml/2006/picture">
                <pic:pic>
                  <pic:nvPicPr>
                    <pic:cNvPr id="0" name="AAMA_Product_Service_Placeholder.png"/>
                    <pic:cNvPicPr/>
                  </pic:nvPicPr>
                  <pic:blipFill>
                    <a:blip r:embed="rId12"/>
                    <a:stretch>
                      <a:fillRect/>
                    </a:stretch>
                  </pic:blipFill>
                  <pic:spPr>
                    <a:xfrm>
                      <a:off x="0" y="0"/>
                      <a:ext cx="4251960" cy="2391728"/>
                    </a:xfrm>
                    <a:prstGeom prst="rect"/>
                  </pic:spPr>
                </pic:pic>
              </a:graphicData>
            </a:graphic>
          </wp:inline>
        </w:drawing>
      </w:r>
    </w:p>
    <w:p>
      <w:pPr>
        <w:pStyle w:val="Caption"/>
        <w:jc w:val="center"/>
      </w:pPr>
      <w:r>
        <w:t>[Optional: replace with a representative product or service image]</w:t>
      </w:r>
    </w:p>
    <w:p>
      <w:pPr>
        <w:pStyle w:val="Heading1"/>
      </w:pPr>
      <w:r>
        <w:t>2. Situation Analysis</w:t>
      </w:r>
    </w:p>
    <w:p>
      <w:pPr>
        <w:pStyle w:val="BodyText"/>
      </w:pPr>
      <w:r>
        <w:t>Situation analysis establishes the evidence behind the plan. Separate known facts from assumptions, and identify where additional research is required before major commitments are made.</w:t>
      </w:r>
    </w:p>
    <w:p>
      <w:pPr>
        <w:pStyle w:val="Heading2"/>
      </w:pPr>
      <w:r>
        <w:t>Market &amp; Category Context</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Market definition</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[Define the market or category being addressed.]</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Market size / opportunity</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[Summarize available market size, growth, demand, or opportunity estimates. Cite sources in the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Major trends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[Identify economic, cultural, technological, regulatory, behavioral, or competitive trends affecting the market.]</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Customer behavior</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[Summarize how customers currently discover, evaluate, purchase, use, or recommend solutions in this category.]</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Key constraints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[Identify material budget, regulatory, operational, product, geographic, distribution, or timing constraints.]</w:t>
            </w:r>
          </w:p>
        </w:tc>
      </w:tr>
    </w:tbl>
    <w:p/>
    <w:p>
      <w:pPr>
        <w:jc w:val="center"/>
      </w:pPr>
      <w:r>
        <w:drawing>
          <wp:inline xmlns:a="http://schemas.openxmlformats.org/drawingml/2006/main" xmlns:pic="http://schemas.openxmlformats.org/drawingml/2006/picture">
            <wp:extent cx="4251960" cy="2391728"/>
            <wp:docPr id="3" name="Picture 3" descr="Image: AAMA_Target_Audience_Placeholder.png"/>
            <wp:cNvGraphicFramePr>
              <a:graphicFrameLocks noChangeAspect="1"/>
            </wp:cNvGraphicFramePr>
            <a:graphic>
              <a:graphicData uri="http://schemas.openxmlformats.org/drawingml/2006/picture">
                <pic:pic>
                  <pic:nvPicPr>
                    <pic:cNvPr id="0" name="AAMA_Market_Context_Placeholder.png"/>
                    <pic:cNvPicPr/>
                  </pic:nvPicPr>
                  <pic:blipFill>
                    <a:blip r:embed="rId13"/>
                    <a:stretch>
                      <a:fillRect/>
                    </a:stretch>
                  </pic:blipFill>
                  <pic:spPr>
                    <a:xfrm>
                      <a:off x="0" y="0"/>
                      <a:ext cx="4251960" cy="2391728"/>
                    </a:xfrm>
                    <a:prstGeom prst="rect"/>
                  </pic:spPr>
                </pic:pic>
              </a:graphicData>
            </a:graphic>
          </wp:inline>
        </w:drawing>
      </w:r>
    </w:p>
    <w:p>
      <w:pPr>
        <w:pStyle w:val="Caption"/>
        <w:jc w:val="center"/>
      </w:pPr>
      <w:r>
        <w:t>[Replace with market, category, geographic, or competitive-context visual]</w:t>
      </w:r>
    </w:p>
    <w:p>
      <w:pPr>
        <w:pStyle w:val="Heading2"/>
      </w:pPr>
      <w:r>
        <w:t>Company / Offering Context</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Offering</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[Describe the product, service, program, membership, cause, or experience being marketed.]</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Current performance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[Summarize relevant sales, demand, traffic, awareness, acquisition, retention, or other baseline performance.]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Strengths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advantages does the organization currently possess?]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Weaknesses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internal limitations could reduce marketing effectiveness?]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Strategic opportunity</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opportunity can marketing realistically help the organization capture?]</w:t>
            </w:r>
          </w:p>
        </w:tc>
      </w:tr>
    </w:tbl>
    <w:p/>
    <w:p>
      <w:pPr>
        <w:pStyle w:val="Heading1"/>
      </w:pPr>
      <w:r>
        <w:t>3. Target Audience &amp; Customer Insight</w:t>
      </w:r>
    </w:p>
    <w:p>
      <w:pPr>
        <w:pStyle w:val="BodyText"/>
      </w:pPr>
      <w:r>
        <w:t>Define audiences according to the decision the plan must influence. Avoid building personas from decorative demographic detail that does not change strategy, messaging, channel selection, or customer experience.</w:t>
      </w:r>
    </w:p>
    <w:p>
      <w:pPr>
        <w:jc w:val="center"/>
      </w:pPr>
      <w:r>
        <w:drawing>
          <wp:inline xmlns:a="http://schemas.openxmlformats.org/drawingml/2006/main" xmlns:pic="http://schemas.openxmlformats.org/drawingml/2006/picture">
            <wp:extent cx="4251960" cy="2391728"/>
            <wp:docPr id="4" name="Picture 4" descr="Image: AAMA_Market_Context_Placeholder.png"/>
            <wp:cNvGraphicFramePr>
              <a:graphicFrameLocks noChangeAspect="1"/>
            </wp:cNvGraphicFramePr>
            <a:graphic>
              <a:graphicData uri="http://schemas.openxmlformats.org/drawingml/2006/picture">
                <pic:pic>
                  <pic:nvPicPr>
                    <pic:cNvPr id="0" name="AAMA_Target_Audience_Placeholder.png"/>
                    <pic:cNvPicPr/>
                  </pic:nvPicPr>
                  <pic:blipFill>
                    <a:blip r:embed="rId14"/>
                    <a:stretch>
                      <a:fillRect/>
                    </a:stretch>
                  </pic:blipFill>
                  <pic:spPr>
                    <a:xfrm>
                      <a:off x="0" y="0"/>
                      <a:ext cx="4251960" cy="2391728"/>
                    </a:xfrm>
                    <a:prstGeom prst="rect"/>
                  </pic:spPr>
                </pic:pic>
              </a:graphicData>
            </a:graphic>
          </wp:inline>
        </w:drawing>
      </w:r>
    </w:p>
    <w:p>
      <w:pPr>
        <w:pStyle w:val="Caption"/>
        <w:jc w:val="center"/>
      </w:pPr>
      <w:r>
        <w:t>[Replace with audience, persona, stakeholder, or customer-context visual]</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Primary audience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[Who is the highest-priority audience for this plan?]</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Relevant characteristics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[List demographic, firmographic, geographic, behavioral, attitudinal, or lifecycle traits that materially affect strategy.]</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Need / job to be done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is the audience trying to accomplish, solve, avoid, or improve?]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Current behavior</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do they do today? What alternatives do they use?]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Motivation</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would make the desired action valuable to them?]</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Barriers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prevents action, creates doubt, or slows the decision?]</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Decision criteria</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factors are most likely to determine choice?]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Evidence / sources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[List research, analytics, interviews, surveys, sales feedback, or other evidence supporting these insights.]</w:t>
            </w:r>
          </w:p>
        </w:tc>
      </w:tr>
    </w:tbl>
    <w:p/>
    <w:p>
      <w:pPr>
        <w:pStyle w:val="Heading2"/>
      </w:pPr>
      <w:r>
        <w:t>Audience Priority Matrix</w:t>
      </w:r>
    </w:p>
    <w:tbl>
      <w:tblPr>
        <w:tblStyle w:val="TableGrid"/>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1800"/>
            <w:shd w:fill="1E5EFF"/>
            <w:tcMar>
              <w:top w:w="120" w:type="dxa"/>
              <w:start w:w="120" w:type="dxa"/>
              <w:bottom w:w="120" w:type="dxa"/>
              <w:end w:w="120" w:type="dxa"/>
            </w:tcMar>
          </w:tcPr>
          <w:p>
            <w:r>
              <w:rPr>
                <w:b/>
                <w:color w:val="FFFFFF"/>
              </w:rPr>
              <w:t>Audience</w:t>
            </w:r>
          </w:p>
        </w:tc>
        <w:tc>
          <w:tcPr>
            <w:tcW w:type="dxa" w:w="1584"/>
            <w:shd w:fill="1E5EFF"/>
            <w:tcMar>
              <w:top w:w="120" w:type="dxa"/>
              <w:start w:w="120" w:type="dxa"/>
              <w:bottom w:w="120" w:type="dxa"/>
              <w:end w:w="120" w:type="dxa"/>
            </w:tcMar>
          </w:tcPr>
          <w:p>
            <w:r>
              <w:rPr>
                <w:b/>
                <w:color w:val="FFFFFF"/>
              </w:rPr>
              <w:t>Strategic Value</w:t>
            </w:r>
          </w:p>
        </w:tc>
        <w:tc>
          <w:tcPr>
            <w:tcW w:type="dxa" w:w="3024"/>
            <w:shd w:fill="1E5EFF"/>
            <w:tcMar>
              <w:top w:w="120" w:type="dxa"/>
              <w:start w:w="120" w:type="dxa"/>
              <w:bottom w:w="120" w:type="dxa"/>
              <w:end w:w="120" w:type="dxa"/>
            </w:tcMar>
          </w:tcPr>
          <w:p>
            <w:r>
              <w:rPr>
                <w:b/>
                <w:color w:val="FFFFFF"/>
              </w:rPr>
              <w:t>Need / Insight</w:t>
            </w:r>
          </w:p>
        </w:tc>
        <w:tc>
          <w:tcPr>
            <w:tcW w:type="dxa" w:w="2304"/>
            <w:shd w:fill="1E5EFF"/>
            <w:tcMar>
              <w:top w:w="120" w:type="dxa"/>
              <w:start w:w="120" w:type="dxa"/>
              <w:bottom w:w="120" w:type="dxa"/>
              <w:end w:w="120" w:type="dxa"/>
            </w:tcMar>
          </w:tcPr>
          <w:p>
            <w:r>
              <w:rPr>
                <w:b/>
                <w:color w:val="FFFFFF"/>
              </w:rPr>
              <w:t>Desired Action</w:t>
            </w:r>
          </w:p>
        </w:tc>
        <w:tc>
          <w:tcPr>
            <w:tcW w:type="dxa" w:w="864"/>
            <w:shd w:fill="1E5EFF"/>
            <w:tcMar>
              <w:top w:w="120" w:type="dxa"/>
              <w:start w:w="120" w:type="dxa"/>
              <w:bottom w:w="120" w:type="dxa"/>
              <w:end w:w="120" w:type="dxa"/>
            </w:tcMar>
          </w:tcPr>
          <w:p>
            <w:r>
              <w:rPr>
                <w:b/>
                <w:color w:val="FFFFFF"/>
              </w:rPr>
              <w:t>Priority</w:t>
            </w:r>
          </w:p>
        </w:tc>
      </w:tr>
      <w:tr>
        <w:tc>
          <w:tcPr>
            <w:tcW w:type="dxa" w:w="1800"/>
            <w:tcMar>
              <w:top w:w="100" w:type="dxa"/>
              <w:start w:w="110" w:type="dxa"/>
              <w:bottom w:w="100" w:type="dxa"/>
              <w:end w:w="110" w:type="dxa"/>
            </w:tcMar>
            <w:vAlign w:val="top"/>
          </w:tcPr>
          <w:p>
            <w:r>
              <w:t>[Audience 1]</w:t>
            </w:r>
          </w:p>
        </w:tc>
        <w:tc>
          <w:tcPr>
            <w:tcW w:type="dxa" w:w="1584"/>
            <w:tcMar>
              <w:top w:w="100" w:type="dxa"/>
              <w:start w:w="110" w:type="dxa"/>
              <w:bottom w:w="100" w:type="dxa"/>
              <w:end w:w="110" w:type="dxa"/>
            </w:tcMar>
            <w:vAlign w:val="top"/>
          </w:tcPr>
          <w:p>
            <w:r>
              <w:t>[High / Medium / Low]</w:t>
            </w:r>
          </w:p>
        </w:tc>
        <w:tc>
          <w:tcPr>
            <w:tcW w:type="dxa" w:w="3024"/>
            <w:tcMar>
              <w:top w:w="100" w:type="dxa"/>
              <w:start w:w="110" w:type="dxa"/>
              <w:bottom w:w="100" w:type="dxa"/>
              <w:end w:w="110" w:type="dxa"/>
            </w:tcMar>
            <w:vAlign w:val="top"/>
          </w:tcPr>
          <w:p>
            <w:r>
              <w:t>[Key need or insight]</w:t>
            </w:r>
          </w:p>
        </w:tc>
        <w:tc>
          <w:tcPr>
            <w:tcW w:type="dxa" w:w="2304"/>
            <w:tcMar>
              <w:top w:w="100" w:type="dxa"/>
              <w:start w:w="110" w:type="dxa"/>
              <w:bottom w:w="100" w:type="dxa"/>
              <w:end w:w="110" w:type="dxa"/>
            </w:tcMar>
            <w:vAlign w:val="top"/>
          </w:tcPr>
          <w:p>
            <w:r>
              <w:t>[Desired action]</w:t>
            </w:r>
          </w:p>
        </w:tc>
        <w:tc>
          <w:tcPr>
            <w:tcW w:type="dxa" w:w="864"/>
            <w:tcMar>
              <w:top w:w="100" w:type="dxa"/>
              <w:start w:w="110" w:type="dxa"/>
              <w:bottom w:w="100" w:type="dxa"/>
              <w:end w:w="110" w:type="dxa"/>
            </w:tcMar>
            <w:vAlign w:val="top"/>
          </w:tcPr>
          <w:p>
            <w:r>
              <w:t>[1]</w:t>
            </w:r>
          </w:p>
        </w:tc>
      </w:tr>
      <w:tr>
        <w:tc>
          <w:tcPr>
            <w:tcW w:type="dxa" w:w="1800"/>
            <w:tcMar>
              <w:top w:w="100" w:type="dxa"/>
              <w:start w:w="110" w:type="dxa"/>
              <w:bottom w:w="100" w:type="dxa"/>
              <w:end w:w="110" w:type="dxa"/>
            </w:tcMar>
            <w:vAlign w:val="top"/>
          </w:tcPr>
          <w:p>
            <w:r>
              <w:t>[Audience 2]</w:t>
            </w:r>
          </w:p>
        </w:tc>
        <w:tc>
          <w:tcPr>
            <w:tcW w:type="dxa" w:w="1584"/>
            <w:tcMar>
              <w:top w:w="100" w:type="dxa"/>
              <w:start w:w="110" w:type="dxa"/>
              <w:bottom w:w="100" w:type="dxa"/>
              <w:end w:w="110" w:type="dxa"/>
            </w:tcMar>
            <w:vAlign w:val="top"/>
          </w:tcPr>
          <w:p>
            <w:r>
              <w:t>[High / Medium / Low]</w:t>
            </w:r>
          </w:p>
        </w:tc>
        <w:tc>
          <w:tcPr>
            <w:tcW w:type="dxa" w:w="3024"/>
            <w:tcMar>
              <w:top w:w="100" w:type="dxa"/>
              <w:start w:w="110" w:type="dxa"/>
              <w:bottom w:w="100" w:type="dxa"/>
              <w:end w:w="110" w:type="dxa"/>
            </w:tcMar>
            <w:vAlign w:val="top"/>
          </w:tcPr>
          <w:p>
            <w:r>
              <w:t>[Key need or insight]</w:t>
            </w:r>
          </w:p>
        </w:tc>
        <w:tc>
          <w:tcPr>
            <w:tcW w:type="dxa" w:w="2304"/>
            <w:tcMar>
              <w:top w:w="100" w:type="dxa"/>
              <w:start w:w="110" w:type="dxa"/>
              <w:bottom w:w="100" w:type="dxa"/>
              <w:end w:w="110" w:type="dxa"/>
            </w:tcMar>
            <w:vAlign w:val="top"/>
          </w:tcPr>
          <w:p>
            <w:r>
              <w:t>[Desired action]</w:t>
            </w:r>
          </w:p>
        </w:tc>
        <w:tc>
          <w:tcPr>
            <w:tcW w:type="dxa" w:w="864"/>
            <w:tcMar>
              <w:top w:w="100" w:type="dxa"/>
              <w:start w:w="110" w:type="dxa"/>
              <w:bottom w:w="100" w:type="dxa"/>
              <w:end w:w="110" w:type="dxa"/>
            </w:tcMar>
            <w:vAlign w:val="top"/>
          </w:tcPr>
          <w:p>
            <w:r>
              <w:t>[2]</w:t>
            </w:r>
          </w:p>
        </w:tc>
      </w:tr>
      <w:tr>
        <w:tc>
          <w:tcPr>
            <w:tcW w:type="dxa" w:w="1800"/>
            <w:tcMar>
              <w:top w:w="100" w:type="dxa"/>
              <w:start w:w="110" w:type="dxa"/>
              <w:bottom w:w="100" w:type="dxa"/>
              <w:end w:w="110" w:type="dxa"/>
            </w:tcMar>
            <w:vAlign w:val="top"/>
          </w:tcPr>
          <w:p>
            <w:r>
              <w:t>[Audience 3]</w:t>
            </w:r>
          </w:p>
        </w:tc>
        <w:tc>
          <w:tcPr>
            <w:tcW w:type="dxa" w:w="1584"/>
            <w:tcMar>
              <w:top w:w="100" w:type="dxa"/>
              <w:start w:w="110" w:type="dxa"/>
              <w:bottom w:w="100" w:type="dxa"/>
              <w:end w:w="110" w:type="dxa"/>
            </w:tcMar>
            <w:vAlign w:val="top"/>
          </w:tcPr>
          <w:p>
            <w:r>
              <w:t>[High / Medium / Low]</w:t>
            </w:r>
          </w:p>
        </w:tc>
        <w:tc>
          <w:tcPr>
            <w:tcW w:type="dxa" w:w="3024"/>
            <w:tcMar>
              <w:top w:w="100" w:type="dxa"/>
              <w:start w:w="110" w:type="dxa"/>
              <w:bottom w:w="100" w:type="dxa"/>
              <w:end w:w="110" w:type="dxa"/>
            </w:tcMar>
            <w:vAlign w:val="top"/>
          </w:tcPr>
          <w:p>
            <w:r>
              <w:t>[Key need or insight]</w:t>
            </w:r>
          </w:p>
        </w:tc>
        <w:tc>
          <w:tcPr>
            <w:tcW w:type="dxa" w:w="2304"/>
            <w:tcMar>
              <w:top w:w="100" w:type="dxa"/>
              <w:start w:w="110" w:type="dxa"/>
              <w:bottom w:w="100" w:type="dxa"/>
              <w:end w:w="110" w:type="dxa"/>
            </w:tcMar>
            <w:vAlign w:val="top"/>
          </w:tcPr>
          <w:p>
            <w:r>
              <w:t>[Desired action]</w:t>
            </w:r>
          </w:p>
        </w:tc>
        <w:tc>
          <w:tcPr>
            <w:tcW w:type="dxa" w:w="864"/>
            <w:tcMar>
              <w:top w:w="100" w:type="dxa"/>
              <w:start w:w="110" w:type="dxa"/>
              <w:bottom w:w="100" w:type="dxa"/>
              <w:end w:w="110" w:type="dxa"/>
            </w:tcMar>
            <w:vAlign w:val="top"/>
          </w:tcPr>
          <w:p>
            <w:r>
              <w:t>[3]</w:t>
            </w:r>
          </w:p>
        </w:tc>
      </w:tr>
    </w:tbl>
    <w:p/>
    <w:p>
      <w:pPr>
        <w:pStyle w:val="Heading1"/>
      </w:pPr>
      <w:r>
        <w:t>4. Competitive Landscape</w:t>
      </w:r>
    </w:p>
    <w:p>
      <w:pPr>
        <w:pStyle w:val="BodyText"/>
      </w:pPr>
      <w:r>
        <w:t>Competitive analysis should focus on choices available to the audience, not only organizations that look similar on paper. Include direct competitors, substitutes, internal alternatives, and the option to do nothing when those choices affect the decision.</w:t>
      </w:r>
    </w:p>
    <w:tbl>
      <w:tblPr>
        <w:tblStyle w:val="TableGrid"/>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1728"/>
            <w:shd w:fill="1E5EFF"/>
            <w:tcMar>
              <w:top w:w="120" w:type="dxa"/>
              <w:start w:w="120" w:type="dxa"/>
              <w:bottom w:w="120" w:type="dxa"/>
              <w:end w:w="120" w:type="dxa"/>
            </w:tcMar>
          </w:tcPr>
          <w:p>
            <w:r>
              <w:rPr>
                <w:b/>
                <w:color w:val="FFFFFF"/>
              </w:rPr>
              <w:t>Competitor / Alternative</w:t>
            </w:r>
          </w:p>
        </w:tc>
        <w:tc>
          <w:tcPr>
            <w:tcW w:type="dxa" w:w="1944"/>
            <w:shd w:fill="1E5EFF"/>
            <w:tcMar>
              <w:top w:w="120" w:type="dxa"/>
              <w:start w:w="120" w:type="dxa"/>
              <w:bottom w:w="120" w:type="dxa"/>
              <w:end w:w="120" w:type="dxa"/>
            </w:tcMar>
          </w:tcPr>
          <w:p>
            <w:r>
              <w:rPr>
                <w:b/>
                <w:color w:val="FFFFFF"/>
              </w:rPr>
              <w:t>Audience Promise</w:t>
            </w:r>
          </w:p>
        </w:tc>
        <w:tc>
          <w:tcPr>
            <w:tcW w:type="dxa" w:w="1800"/>
            <w:shd w:fill="1E5EFF"/>
            <w:tcMar>
              <w:top w:w="120" w:type="dxa"/>
              <w:start w:w="120" w:type="dxa"/>
              <w:bottom w:w="120" w:type="dxa"/>
              <w:end w:w="120" w:type="dxa"/>
            </w:tcMar>
          </w:tcPr>
          <w:p>
            <w:r>
              <w:rPr>
                <w:b/>
                <w:color w:val="FFFFFF"/>
              </w:rPr>
              <w:t>Strengths</w:t>
            </w:r>
          </w:p>
        </w:tc>
        <w:tc>
          <w:tcPr>
            <w:tcW w:type="dxa" w:w="1800"/>
            <w:shd w:fill="1E5EFF"/>
            <w:tcMar>
              <w:top w:w="120" w:type="dxa"/>
              <w:start w:w="120" w:type="dxa"/>
              <w:bottom w:w="120" w:type="dxa"/>
              <w:end w:w="120" w:type="dxa"/>
            </w:tcMar>
          </w:tcPr>
          <w:p>
            <w:r>
              <w:rPr>
                <w:b/>
                <w:color w:val="FFFFFF"/>
              </w:rPr>
              <w:t>Weaknesses</w:t>
            </w:r>
          </w:p>
        </w:tc>
        <w:tc>
          <w:tcPr>
            <w:tcW w:type="dxa" w:w="2376"/>
            <w:shd w:fill="1E5EFF"/>
            <w:tcMar>
              <w:top w:w="120" w:type="dxa"/>
              <w:start w:w="120" w:type="dxa"/>
              <w:bottom w:w="120" w:type="dxa"/>
              <w:end w:w="120" w:type="dxa"/>
            </w:tcMar>
          </w:tcPr>
          <w:p>
            <w:r>
              <w:rPr>
                <w:b/>
                <w:color w:val="FFFFFF"/>
              </w:rPr>
              <w:t>Marketing Implication</w:t>
            </w:r>
          </w:p>
        </w:tc>
      </w:tr>
      <w:tr>
        <w:tc>
          <w:tcPr>
            <w:tcW w:type="dxa" w:w="1728"/>
            <w:tcMar>
              <w:top w:w="100" w:type="dxa"/>
              <w:start w:w="110" w:type="dxa"/>
              <w:bottom w:w="100" w:type="dxa"/>
              <w:end w:w="110" w:type="dxa"/>
            </w:tcMar>
            <w:vAlign w:val="top"/>
          </w:tcPr>
          <w:p>
            <w:r>
              <w:t>[Competitor / Alternative 1]</w:t>
            </w:r>
          </w:p>
        </w:tc>
        <w:tc>
          <w:tcPr>
            <w:tcW w:type="dxa" w:w="1944"/>
            <w:tcMar>
              <w:top w:w="100" w:type="dxa"/>
              <w:start w:w="110" w:type="dxa"/>
              <w:bottom w:w="100" w:type="dxa"/>
              <w:end w:w="110" w:type="dxa"/>
            </w:tcMar>
            <w:vAlign w:val="top"/>
          </w:tcPr>
          <w:p>
            <w:r>
              <w:t>[What do they promise?]</w:t>
            </w:r>
          </w:p>
        </w:tc>
        <w:tc>
          <w:tcPr>
            <w:tcW w:type="dxa" w:w="1800"/>
            <w:tcMar>
              <w:top w:w="100" w:type="dxa"/>
              <w:start w:w="110" w:type="dxa"/>
              <w:bottom w:w="100" w:type="dxa"/>
              <w:end w:w="110" w:type="dxa"/>
            </w:tcMar>
            <w:vAlign w:val="top"/>
          </w:tcPr>
          <w:p>
            <w:r>
              <w:t>[Strengths]</w:t>
            </w:r>
          </w:p>
        </w:tc>
        <w:tc>
          <w:tcPr>
            <w:tcW w:type="dxa" w:w="1800"/>
            <w:tcMar>
              <w:top w:w="100" w:type="dxa"/>
              <w:start w:w="110" w:type="dxa"/>
              <w:bottom w:w="100" w:type="dxa"/>
              <w:end w:w="110" w:type="dxa"/>
            </w:tcMar>
            <w:vAlign w:val="top"/>
          </w:tcPr>
          <w:p>
            <w:r>
              <w:t>[Weaknesses]</w:t>
            </w:r>
          </w:p>
        </w:tc>
        <w:tc>
          <w:tcPr>
            <w:tcW w:type="dxa" w:w="2376"/>
            <w:tcMar>
              <w:top w:w="100" w:type="dxa"/>
              <w:start w:w="110" w:type="dxa"/>
              <w:bottom w:w="100" w:type="dxa"/>
              <w:end w:w="110" w:type="dxa"/>
            </w:tcMar>
            <w:vAlign w:val="top"/>
          </w:tcPr>
          <w:p>
            <w:r>
              <w:t>[Implication for us]</w:t>
            </w:r>
          </w:p>
        </w:tc>
      </w:tr>
      <w:tr>
        <w:tc>
          <w:tcPr>
            <w:tcW w:type="dxa" w:w="1728"/>
            <w:tcMar>
              <w:top w:w="100" w:type="dxa"/>
              <w:start w:w="110" w:type="dxa"/>
              <w:bottom w:w="100" w:type="dxa"/>
              <w:end w:w="110" w:type="dxa"/>
            </w:tcMar>
            <w:vAlign w:val="top"/>
          </w:tcPr>
          <w:p>
            <w:r>
              <w:t>[Competitor / Alternative 2]</w:t>
            </w:r>
          </w:p>
        </w:tc>
        <w:tc>
          <w:tcPr>
            <w:tcW w:type="dxa" w:w="1944"/>
            <w:tcMar>
              <w:top w:w="100" w:type="dxa"/>
              <w:start w:w="110" w:type="dxa"/>
              <w:bottom w:w="100" w:type="dxa"/>
              <w:end w:w="110" w:type="dxa"/>
            </w:tcMar>
            <w:vAlign w:val="top"/>
          </w:tcPr>
          <w:p>
            <w:r>
              <w:t>[What do they promise?]</w:t>
            </w:r>
          </w:p>
        </w:tc>
        <w:tc>
          <w:tcPr>
            <w:tcW w:type="dxa" w:w="1800"/>
            <w:tcMar>
              <w:top w:w="100" w:type="dxa"/>
              <w:start w:w="110" w:type="dxa"/>
              <w:bottom w:w="100" w:type="dxa"/>
              <w:end w:w="110" w:type="dxa"/>
            </w:tcMar>
            <w:vAlign w:val="top"/>
          </w:tcPr>
          <w:p>
            <w:r>
              <w:t>[Strengths]</w:t>
            </w:r>
          </w:p>
        </w:tc>
        <w:tc>
          <w:tcPr>
            <w:tcW w:type="dxa" w:w="1800"/>
            <w:tcMar>
              <w:top w:w="100" w:type="dxa"/>
              <w:start w:w="110" w:type="dxa"/>
              <w:bottom w:w="100" w:type="dxa"/>
              <w:end w:w="110" w:type="dxa"/>
            </w:tcMar>
            <w:vAlign w:val="top"/>
          </w:tcPr>
          <w:p>
            <w:r>
              <w:t>[Weaknesses]</w:t>
            </w:r>
          </w:p>
        </w:tc>
        <w:tc>
          <w:tcPr>
            <w:tcW w:type="dxa" w:w="2376"/>
            <w:tcMar>
              <w:top w:w="100" w:type="dxa"/>
              <w:start w:w="110" w:type="dxa"/>
              <w:bottom w:w="100" w:type="dxa"/>
              <w:end w:w="110" w:type="dxa"/>
            </w:tcMar>
            <w:vAlign w:val="top"/>
          </w:tcPr>
          <w:p>
            <w:r>
              <w:t>[Implication for us]</w:t>
            </w:r>
          </w:p>
        </w:tc>
      </w:tr>
      <w:tr>
        <w:tc>
          <w:tcPr>
            <w:tcW w:type="dxa" w:w="1728"/>
            <w:tcMar>
              <w:top w:w="100" w:type="dxa"/>
              <w:start w:w="110" w:type="dxa"/>
              <w:bottom w:w="100" w:type="dxa"/>
              <w:end w:w="110" w:type="dxa"/>
            </w:tcMar>
            <w:vAlign w:val="top"/>
          </w:tcPr>
          <w:p>
            <w:r>
              <w:t>[Competitor / Alternative 3]</w:t>
            </w:r>
          </w:p>
        </w:tc>
        <w:tc>
          <w:tcPr>
            <w:tcW w:type="dxa" w:w="1944"/>
            <w:tcMar>
              <w:top w:w="100" w:type="dxa"/>
              <w:start w:w="110" w:type="dxa"/>
              <w:bottom w:w="100" w:type="dxa"/>
              <w:end w:w="110" w:type="dxa"/>
            </w:tcMar>
            <w:vAlign w:val="top"/>
          </w:tcPr>
          <w:p>
            <w:r>
              <w:t>[What do they promise?]</w:t>
            </w:r>
          </w:p>
        </w:tc>
        <w:tc>
          <w:tcPr>
            <w:tcW w:type="dxa" w:w="1800"/>
            <w:tcMar>
              <w:top w:w="100" w:type="dxa"/>
              <w:start w:w="110" w:type="dxa"/>
              <w:bottom w:w="100" w:type="dxa"/>
              <w:end w:w="110" w:type="dxa"/>
            </w:tcMar>
            <w:vAlign w:val="top"/>
          </w:tcPr>
          <w:p>
            <w:r>
              <w:t>[Strengths]</w:t>
            </w:r>
          </w:p>
        </w:tc>
        <w:tc>
          <w:tcPr>
            <w:tcW w:type="dxa" w:w="1800"/>
            <w:tcMar>
              <w:top w:w="100" w:type="dxa"/>
              <w:start w:w="110" w:type="dxa"/>
              <w:bottom w:w="100" w:type="dxa"/>
              <w:end w:w="110" w:type="dxa"/>
            </w:tcMar>
            <w:vAlign w:val="top"/>
          </w:tcPr>
          <w:p>
            <w:r>
              <w:t>[Weaknesses]</w:t>
            </w:r>
          </w:p>
        </w:tc>
        <w:tc>
          <w:tcPr>
            <w:tcW w:type="dxa" w:w="2376"/>
            <w:tcMar>
              <w:top w:w="100" w:type="dxa"/>
              <w:start w:w="110" w:type="dxa"/>
              <w:bottom w:w="100" w:type="dxa"/>
              <w:end w:w="110" w:type="dxa"/>
            </w:tcMar>
            <w:vAlign w:val="top"/>
          </w:tcPr>
          <w:p>
            <w:r>
              <w:t>[Implication for us]</w:t>
            </w:r>
          </w:p>
        </w:tc>
      </w:tr>
    </w:tbl>
    <w:p/>
    <w:p>
      <w:pPr>
        <w:pStyle w:val="Heading2"/>
      </w:pPr>
      <w:r>
        <w:t>SWOT Summary</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376"/>
            <w:shd w:fill="1E5EFF"/>
            <w:tcMar>
              <w:top w:w="120" w:type="dxa"/>
              <w:start w:w="120" w:type="dxa"/>
              <w:bottom w:w="120" w:type="dxa"/>
              <w:end w:w="120" w:type="dxa"/>
            </w:tcMar>
          </w:tcPr>
          <w:p>
            <w:r>
              <w:rPr>
                <w:b/>
                <w:color w:val="FFFFFF"/>
              </w:rPr>
              <w:t>Strengths</w:t>
            </w:r>
          </w:p>
        </w:tc>
        <w:tc>
          <w:tcPr>
            <w:tcW w:type="dxa" w:w="2376"/>
            <w:shd w:fill="1E5EFF"/>
            <w:tcMar>
              <w:top w:w="120" w:type="dxa"/>
              <w:start w:w="120" w:type="dxa"/>
              <w:bottom w:w="120" w:type="dxa"/>
              <w:end w:w="120" w:type="dxa"/>
            </w:tcMar>
          </w:tcPr>
          <w:p>
            <w:r>
              <w:rPr>
                <w:b/>
                <w:color w:val="FFFFFF"/>
              </w:rPr>
              <w:t>Weaknesses</w:t>
            </w:r>
          </w:p>
        </w:tc>
        <w:tc>
          <w:tcPr>
            <w:tcW w:type="dxa" w:w="2376"/>
            <w:shd w:fill="1E5EFF"/>
            <w:tcMar>
              <w:top w:w="120" w:type="dxa"/>
              <w:start w:w="120" w:type="dxa"/>
              <w:bottom w:w="120" w:type="dxa"/>
              <w:end w:w="120" w:type="dxa"/>
            </w:tcMar>
          </w:tcPr>
          <w:p>
            <w:r>
              <w:rPr>
                <w:b/>
                <w:color w:val="FFFFFF"/>
              </w:rPr>
              <w:t>Opportunities</w:t>
            </w:r>
          </w:p>
        </w:tc>
        <w:tc>
          <w:tcPr>
            <w:tcW w:type="dxa" w:w="2376"/>
            <w:shd w:fill="1E5EFF"/>
            <w:tcMar>
              <w:top w:w="120" w:type="dxa"/>
              <w:start w:w="120" w:type="dxa"/>
              <w:bottom w:w="120" w:type="dxa"/>
              <w:end w:w="120" w:type="dxa"/>
            </w:tcMar>
          </w:tcPr>
          <w:p>
            <w:r>
              <w:rPr>
                <w:b/>
                <w:color w:val="FFFFFF"/>
              </w:rPr>
              <w:t>Threats</w:t>
            </w:r>
          </w:p>
        </w:tc>
      </w:tr>
      <w:tr>
        <w:tc>
          <w:tcPr>
            <w:tcW w:type="dxa" w:w="2376"/>
            <w:tcMar>
              <w:top w:w="100" w:type="dxa"/>
              <w:start w:w="110" w:type="dxa"/>
              <w:bottom w:w="100" w:type="dxa"/>
              <w:end w:w="110" w:type="dxa"/>
            </w:tcMar>
            <w:vAlign w:val="top"/>
          </w:tcPr>
          <w:p>
            <w:r>
              <w:t>[Internal advantage]</w:t>
            </w:r>
          </w:p>
        </w:tc>
        <w:tc>
          <w:tcPr>
            <w:tcW w:type="dxa" w:w="2376"/>
            <w:tcMar>
              <w:top w:w="100" w:type="dxa"/>
              <w:start w:w="110" w:type="dxa"/>
              <w:bottom w:w="100" w:type="dxa"/>
              <w:end w:w="110" w:type="dxa"/>
            </w:tcMar>
            <w:vAlign w:val="top"/>
          </w:tcPr>
          <w:p>
            <w:r>
              <w:t>[Internal limitation]</w:t>
            </w:r>
          </w:p>
        </w:tc>
        <w:tc>
          <w:tcPr>
            <w:tcW w:type="dxa" w:w="2376"/>
            <w:tcMar>
              <w:top w:w="100" w:type="dxa"/>
              <w:start w:w="110" w:type="dxa"/>
              <w:bottom w:w="100" w:type="dxa"/>
              <w:end w:w="110" w:type="dxa"/>
            </w:tcMar>
            <w:vAlign w:val="top"/>
          </w:tcPr>
          <w:p>
            <w:r>
              <w:t>[External opportunity]</w:t>
            </w:r>
          </w:p>
        </w:tc>
        <w:tc>
          <w:tcPr>
            <w:tcW w:type="dxa" w:w="2376"/>
            <w:tcMar>
              <w:top w:w="100" w:type="dxa"/>
              <w:start w:w="110" w:type="dxa"/>
              <w:bottom w:w="100" w:type="dxa"/>
              <w:end w:w="110" w:type="dxa"/>
            </w:tcMar>
            <w:vAlign w:val="top"/>
          </w:tcPr>
          <w:p>
            <w:r>
              <w:t>[External threat]</w:t>
            </w:r>
          </w:p>
        </w:tc>
      </w:tr>
      <w:tr>
        <w:tc>
          <w:tcPr>
            <w:tcW w:type="dxa" w:w="2376"/>
            <w:tcMar>
              <w:top w:w="100" w:type="dxa"/>
              <w:start w:w="110" w:type="dxa"/>
              <w:bottom w:w="100" w:type="dxa"/>
              <w:end w:w="110" w:type="dxa"/>
            </w:tcMar>
            <w:vAlign w:val="top"/>
          </w:tcPr>
          <w:p>
            <w:r>
              <w:t>[Internal advantage]</w:t>
            </w:r>
          </w:p>
        </w:tc>
        <w:tc>
          <w:tcPr>
            <w:tcW w:type="dxa" w:w="2376"/>
            <w:tcMar>
              <w:top w:w="100" w:type="dxa"/>
              <w:start w:w="110" w:type="dxa"/>
              <w:bottom w:w="100" w:type="dxa"/>
              <w:end w:w="110" w:type="dxa"/>
            </w:tcMar>
            <w:vAlign w:val="top"/>
          </w:tcPr>
          <w:p>
            <w:r>
              <w:t>[Internal limitation]</w:t>
            </w:r>
          </w:p>
        </w:tc>
        <w:tc>
          <w:tcPr>
            <w:tcW w:type="dxa" w:w="2376"/>
            <w:tcMar>
              <w:top w:w="100" w:type="dxa"/>
              <w:start w:w="110" w:type="dxa"/>
              <w:bottom w:w="100" w:type="dxa"/>
              <w:end w:w="110" w:type="dxa"/>
            </w:tcMar>
            <w:vAlign w:val="top"/>
          </w:tcPr>
          <w:p>
            <w:r>
              <w:t>[External opportunity]</w:t>
            </w:r>
          </w:p>
        </w:tc>
        <w:tc>
          <w:tcPr>
            <w:tcW w:type="dxa" w:w="2376"/>
            <w:tcMar>
              <w:top w:w="100" w:type="dxa"/>
              <w:start w:w="110" w:type="dxa"/>
              <w:bottom w:w="100" w:type="dxa"/>
              <w:end w:w="110" w:type="dxa"/>
            </w:tcMar>
            <w:vAlign w:val="top"/>
          </w:tcPr>
          <w:p>
            <w:r>
              <w:t>[External threat]</w:t>
            </w:r>
          </w:p>
        </w:tc>
      </w:tr>
      <w:tr>
        <w:tc>
          <w:tcPr>
            <w:tcW w:type="dxa" w:w="2376"/>
            <w:tcMar>
              <w:top w:w="100" w:type="dxa"/>
              <w:start w:w="110" w:type="dxa"/>
              <w:bottom w:w="100" w:type="dxa"/>
              <w:end w:w="110" w:type="dxa"/>
            </w:tcMar>
            <w:vAlign w:val="top"/>
          </w:tcPr>
          <w:p>
            <w:r>
              <w:t>[Internal advantage]</w:t>
            </w:r>
          </w:p>
        </w:tc>
        <w:tc>
          <w:tcPr>
            <w:tcW w:type="dxa" w:w="2376"/>
            <w:tcMar>
              <w:top w:w="100" w:type="dxa"/>
              <w:start w:w="110" w:type="dxa"/>
              <w:bottom w:w="100" w:type="dxa"/>
              <w:end w:w="110" w:type="dxa"/>
            </w:tcMar>
            <w:vAlign w:val="top"/>
          </w:tcPr>
          <w:p>
            <w:r>
              <w:t>[Internal limitation]</w:t>
            </w:r>
          </w:p>
        </w:tc>
        <w:tc>
          <w:tcPr>
            <w:tcW w:type="dxa" w:w="2376"/>
            <w:tcMar>
              <w:top w:w="100" w:type="dxa"/>
              <w:start w:w="110" w:type="dxa"/>
              <w:bottom w:w="100" w:type="dxa"/>
              <w:end w:w="110" w:type="dxa"/>
            </w:tcMar>
            <w:vAlign w:val="top"/>
          </w:tcPr>
          <w:p>
            <w:r>
              <w:t>[External opportunity]</w:t>
            </w:r>
          </w:p>
        </w:tc>
        <w:tc>
          <w:tcPr>
            <w:tcW w:type="dxa" w:w="2376"/>
            <w:tcMar>
              <w:top w:w="100" w:type="dxa"/>
              <w:start w:w="110" w:type="dxa"/>
              <w:bottom w:w="100" w:type="dxa"/>
              <w:end w:w="110" w:type="dxa"/>
            </w:tcMar>
            <w:vAlign w:val="top"/>
          </w:tcPr>
          <w:p>
            <w:r>
              <w:t>[External threat]</w:t>
            </w:r>
          </w:p>
        </w:tc>
      </w:tr>
    </w:tbl>
    <w:p/>
    <w:p>
      <w:pPr>
        <w:pStyle w:val="Heading1"/>
      </w:pPr>
      <w:r>
        <w:t>5. Business &amp; Marketing Objectives</w:t>
      </w:r>
    </w:p>
    <w:p>
      <w:pPr>
        <w:pStyle w:val="BodyText"/>
      </w:pPr>
      <w:r>
        <w:t>Objectives should describe measurable outcomes rather than lists of activity. Connect marketing objectives with the business result they are intended to support, and include a defined time period whenever possible.</w:t>
      </w:r>
    </w:p>
    <w:tbl>
      <w:tblPr>
        <w:tblStyle w:val="TableGrid"/>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2952"/>
            <w:shd w:fill="1E5EFF"/>
            <w:tcMar>
              <w:top w:w="120" w:type="dxa"/>
              <w:start w:w="120" w:type="dxa"/>
              <w:bottom w:w="120" w:type="dxa"/>
              <w:end w:w="120" w:type="dxa"/>
            </w:tcMar>
          </w:tcPr>
          <w:p>
            <w:r>
              <w:rPr>
                <w:b/>
                <w:color w:val="FFFFFF"/>
              </w:rPr>
              <w:t>Objective</w:t>
            </w:r>
          </w:p>
        </w:tc>
        <w:tc>
          <w:tcPr>
            <w:tcW w:type="dxa" w:w="1440"/>
            <w:shd w:fill="1E5EFF"/>
            <w:tcMar>
              <w:top w:w="120" w:type="dxa"/>
              <w:start w:w="120" w:type="dxa"/>
              <w:bottom w:w="120" w:type="dxa"/>
              <w:end w:w="120" w:type="dxa"/>
            </w:tcMar>
          </w:tcPr>
          <w:p>
            <w:r>
              <w:rPr>
                <w:b/>
                <w:color w:val="FFFFFF"/>
              </w:rPr>
              <w:t>Baseline</w:t>
            </w:r>
          </w:p>
        </w:tc>
        <w:tc>
          <w:tcPr>
            <w:tcW w:type="dxa" w:w="1440"/>
            <w:shd w:fill="1E5EFF"/>
            <w:tcMar>
              <w:top w:w="120" w:type="dxa"/>
              <w:start w:w="120" w:type="dxa"/>
              <w:bottom w:w="120" w:type="dxa"/>
              <w:end w:w="120" w:type="dxa"/>
            </w:tcMar>
          </w:tcPr>
          <w:p>
            <w:r>
              <w:rPr>
                <w:b/>
                <w:color w:val="FFFFFF"/>
              </w:rPr>
              <w:t>Target</w:t>
            </w:r>
          </w:p>
        </w:tc>
        <w:tc>
          <w:tcPr>
            <w:tcW w:type="dxa" w:w="1224"/>
            <w:shd w:fill="1E5EFF"/>
            <w:tcMar>
              <w:top w:w="120" w:type="dxa"/>
              <w:start w:w="120" w:type="dxa"/>
              <w:bottom w:w="120" w:type="dxa"/>
              <w:end w:w="120" w:type="dxa"/>
            </w:tcMar>
          </w:tcPr>
          <w:p>
            <w:r>
              <w:rPr>
                <w:b/>
                <w:color w:val="FFFFFF"/>
              </w:rPr>
              <w:t>Deadline</w:t>
            </w:r>
          </w:p>
        </w:tc>
        <w:tc>
          <w:tcPr>
            <w:tcW w:type="dxa" w:w="2304"/>
            <w:shd w:fill="1E5EFF"/>
            <w:tcMar>
              <w:top w:w="120" w:type="dxa"/>
              <w:start w:w="120" w:type="dxa"/>
              <w:bottom w:w="120" w:type="dxa"/>
              <w:end w:w="120" w:type="dxa"/>
            </w:tcMar>
          </w:tcPr>
          <w:p>
            <w:r>
              <w:rPr>
                <w:b/>
                <w:color w:val="FFFFFF"/>
              </w:rPr>
              <w:t>Business Connection</w:t>
            </w:r>
          </w:p>
        </w:tc>
      </w:tr>
      <w:tr>
        <w:tc>
          <w:tcPr>
            <w:tcW w:type="dxa" w:w="2952"/>
            <w:tcMar>
              <w:top w:w="100" w:type="dxa"/>
              <w:start w:w="110" w:type="dxa"/>
              <w:bottom w:w="100" w:type="dxa"/>
              <w:end w:w="110" w:type="dxa"/>
            </w:tcMar>
            <w:vAlign w:val="top"/>
          </w:tcPr>
          <w:p>
            <w:r>
              <w:t>[Objective 1]</w:t>
            </w:r>
          </w:p>
        </w:tc>
        <w:tc>
          <w:tcPr>
            <w:tcW w:type="dxa" w:w="1440"/>
            <w:tcMar>
              <w:top w:w="100" w:type="dxa"/>
              <w:start w:w="110" w:type="dxa"/>
              <w:bottom w:w="100" w:type="dxa"/>
              <w:end w:w="110" w:type="dxa"/>
            </w:tcMar>
            <w:vAlign w:val="top"/>
          </w:tcPr>
          <w:p>
            <w:r>
              <w:t>[Current level]</w:t>
            </w:r>
          </w:p>
        </w:tc>
        <w:tc>
          <w:tcPr>
            <w:tcW w:type="dxa" w:w="1440"/>
            <w:tcMar>
              <w:top w:w="100" w:type="dxa"/>
              <w:start w:w="110" w:type="dxa"/>
              <w:bottom w:w="100" w:type="dxa"/>
              <w:end w:w="110" w:type="dxa"/>
            </w:tcMar>
            <w:vAlign w:val="top"/>
          </w:tcPr>
          <w:p>
            <w:r>
              <w:t>[Target level]</w:t>
            </w:r>
          </w:p>
        </w:tc>
        <w:tc>
          <w:tcPr>
            <w:tcW w:type="dxa" w:w="1224"/>
            <w:tcMar>
              <w:top w:w="100" w:type="dxa"/>
              <w:start w:w="110" w:type="dxa"/>
              <w:bottom w:w="100" w:type="dxa"/>
              <w:end w:w="110" w:type="dxa"/>
            </w:tcMar>
            <w:vAlign w:val="top"/>
          </w:tcPr>
          <w:p>
            <w:r>
              <w:t>[Date]</w:t>
            </w:r>
          </w:p>
        </w:tc>
        <w:tc>
          <w:tcPr>
            <w:tcW w:type="dxa" w:w="2304"/>
            <w:tcMar>
              <w:top w:w="100" w:type="dxa"/>
              <w:start w:w="110" w:type="dxa"/>
              <w:bottom w:w="100" w:type="dxa"/>
              <w:end w:w="110" w:type="dxa"/>
            </w:tcMar>
            <w:vAlign w:val="top"/>
          </w:tcPr>
          <w:p>
            <w:r>
              <w:t>[Business outcome supported]</w:t>
            </w:r>
          </w:p>
        </w:tc>
      </w:tr>
      <w:tr>
        <w:tc>
          <w:tcPr>
            <w:tcW w:type="dxa" w:w="2952"/>
            <w:tcMar>
              <w:top w:w="100" w:type="dxa"/>
              <w:start w:w="110" w:type="dxa"/>
              <w:bottom w:w="100" w:type="dxa"/>
              <w:end w:w="110" w:type="dxa"/>
            </w:tcMar>
            <w:vAlign w:val="top"/>
          </w:tcPr>
          <w:p>
            <w:r>
              <w:t>[Objective 2]</w:t>
            </w:r>
          </w:p>
        </w:tc>
        <w:tc>
          <w:tcPr>
            <w:tcW w:type="dxa" w:w="1440"/>
            <w:tcMar>
              <w:top w:w="100" w:type="dxa"/>
              <w:start w:w="110" w:type="dxa"/>
              <w:bottom w:w="100" w:type="dxa"/>
              <w:end w:w="110" w:type="dxa"/>
            </w:tcMar>
            <w:vAlign w:val="top"/>
          </w:tcPr>
          <w:p>
            <w:r>
              <w:t>[Current level]</w:t>
            </w:r>
          </w:p>
        </w:tc>
        <w:tc>
          <w:tcPr>
            <w:tcW w:type="dxa" w:w="1440"/>
            <w:tcMar>
              <w:top w:w="100" w:type="dxa"/>
              <w:start w:w="110" w:type="dxa"/>
              <w:bottom w:w="100" w:type="dxa"/>
              <w:end w:w="110" w:type="dxa"/>
            </w:tcMar>
            <w:vAlign w:val="top"/>
          </w:tcPr>
          <w:p>
            <w:r>
              <w:t>[Target level]</w:t>
            </w:r>
          </w:p>
        </w:tc>
        <w:tc>
          <w:tcPr>
            <w:tcW w:type="dxa" w:w="1224"/>
            <w:tcMar>
              <w:top w:w="100" w:type="dxa"/>
              <w:start w:w="110" w:type="dxa"/>
              <w:bottom w:w="100" w:type="dxa"/>
              <w:end w:w="110" w:type="dxa"/>
            </w:tcMar>
            <w:vAlign w:val="top"/>
          </w:tcPr>
          <w:p>
            <w:r>
              <w:t>[Date]</w:t>
            </w:r>
          </w:p>
        </w:tc>
        <w:tc>
          <w:tcPr>
            <w:tcW w:type="dxa" w:w="2304"/>
            <w:tcMar>
              <w:top w:w="100" w:type="dxa"/>
              <w:start w:w="110" w:type="dxa"/>
              <w:bottom w:w="100" w:type="dxa"/>
              <w:end w:w="110" w:type="dxa"/>
            </w:tcMar>
            <w:vAlign w:val="top"/>
          </w:tcPr>
          <w:p>
            <w:r>
              <w:t>[Business outcome supported]</w:t>
            </w:r>
          </w:p>
        </w:tc>
      </w:tr>
      <w:tr>
        <w:tc>
          <w:tcPr>
            <w:tcW w:type="dxa" w:w="2952"/>
            <w:tcMar>
              <w:top w:w="100" w:type="dxa"/>
              <w:start w:w="110" w:type="dxa"/>
              <w:bottom w:w="100" w:type="dxa"/>
              <w:end w:w="110" w:type="dxa"/>
            </w:tcMar>
            <w:vAlign w:val="top"/>
          </w:tcPr>
          <w:p>
            <w:r>
              <w:t>[Objective 3]</w:t>
            </w:r>
          </w:p>
        </w:tc>
        <w:tc>
          <w:tcPr>
            <w:tcW w:type="dxa" w:w="1440"/>
            <w:tcMar>
              <w:top w:w="100" w:type="dxa"/>
              <w:start w:w="110" w:type="dxa"/>
              <w:bottom w:w="100" w:type="dxa"/>
              <w:end w:w="110" w:type="dxa"/>
            </w:tcMar>
            <w:vAlign w:val="top"/>
          </w:tcPr>
          <w:p>
            <w:r>
              <w:t>[Current level]</w:t>
            </w:r>
          </w:p>
        </w:tc>
        <w:tc>
          <w:tcPr>
            <w:tcW w:type="dxa" w:w="1440"/>
            <w:tcMar>
              <w:top w:w="100" w:type="dxa"/>
              <w:start w:w="110" w:type="dxa"/>
              <w:bottom w:w="100" w:type="dxa"/>
              <w:end w:w="110" w:type="dxa"/>
            </w:tcMar>
            <w:vAlign w:val="top"/>
          </w:tcPr>
          <w:p>
            <w:r>
              <w:t>[Target level]</w:t>
            </w:r>
          </w:p>
        </w:tc>
        <w:tc>
          <w:tcPr>
            <w:tcW w:type="dxa" w:w="1224"/>
            <w:tcMar>
              <w:top w:w="100" w:type="dxa"/>
              <w:start w:w="110" w:type="dxa"/>
              <w:bottom w:w="100" w:type="dxa"/>
              <w:end w:w="110" w:type="dxa"/>
            </w:tcMar>
            <w:vAlign w:val="top"/>
          </w:tcPr>
          <w:p>
            <w:r>
              <w:t>[Date]</w:t>
            </w:r>
          </w:p>
        </w:tc>
        <w:tc>
          <w:tcPr>
            <w:tcW w:type="dxa" w:w="2304"/>
            <w:tcMar>
              <w:top w:w="100" w:type="dxa"/>
              <w:start w:w="110" w:type="dxa"/>
              <w:bottom w:w="100" w:type="dxa"/>
              <w:end w:w="110" w:type="dxa"/>
            </w:tcMar>
            <w:vAlign w:val="top"/>
          </w:tcPr>
          <w:p>
            <w:r>
              <w:t>[Business outcome supported]</w:t>
            </w:r>
          </w:p>
        </w:tc>
      </w:tr>
    </w:tbl>
    <w:p/>
    <w:p>
      <w:pPr>
        <w:pStyle w:val="Heading2"/>
      </w:pPr>
      <w:r>
        <w:t>Objective Quality Check</w:t>
      </w:r>
    </w:p>
    <w:p>
      <w:pPr>
        <w:pStyle w:val="BodyText"/>
      </w:pPr>
      <w:r>
        <w:t>[ ] The objective describes an outcome rather than a tactic.</w:t>
      </w:r>
    </w:p>
    <w:p>
      <w:pPr>
        <w:pStyle w:val="BodyText"/>
      </w:pPr>
      <w:r>
        <w:t>[ ] The baseline is known or a baseline measurement is planned.</w:t>
      </w:r>
    </w:p>
    <w:p>
      <w:pPr>
        <w:pStyle w:val="BodyText"/>
      </w:pPr>
      <w:r>
        <w:t>[ ] The target is measurable.</w:t>
      </w:r>
    </w:p>
    <w:p>
      <w:pPr>
        <w:pStyle w:val="BodyText"/>
      </w:pPr>
      <w:r>
        <w:t>[ ] The measurement period is defined.</w:t>
      </w:r>
    </w:p>
    <w:p>
      <w:pPr>
        <w:pStyle w:val="BodyText"/>
      </w:pPr>
      <w:r>
        <w:t>[ ] The objective can be connected to a business priority.</w:t>
      </w:r>
    </w:p>
    <w:p>
      <w:pPr>
        <w:pStyle w:val="BodyText"/>
      </w:pPr>
      <w:r>
        <w:t>[ ] The organization has enough influence over the outcome to manage against it.</w:t>
      </w:r>
    </w:p>
    <w:p>
      <w:pPr>
        <w:pStyle w:val="Heading1"/>
      </w:pPr>
      <w:r>
        <w:t>6. Positioning &amp; Messaging</w:t>
      </w:r>
    </w:p>
    <w:p>
      <w:pPr>
        <w:pStyle w:val="BodyText"/>
      </w:pPr>
      <w:r>
        <w:t>Positioning defines the strategic place the offering should occupy in the audience's mind relative to alternatives. Messaging translates that position into language that can be adapted across channels and creative executions.</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Target audience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[For whom is the offering most relevant?]</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Frame of reference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category, problem, need, or competitive set should the audience use to understand the offering?]</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Primary benefit</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is the most important value the audience receives?]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Differentiation</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[Why should the audience choose this offering instead of alternatives?]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Reasons to believe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evidence, proof, experience, expertise, features, outcomes, or third-party validation supports the claim?]</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Core message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[Write the central message in clear audience-facing language.]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Supporting messages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[List 2-4 supporting messages.]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Primary call to action</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should the audience do next?]</w:t>
            </w:r>
          </w:p>
        </w:tc>
      </w:tr>
    </w:tbl>
    <w:p/>
    <w:p>
      <w:pPr>
        <w:pStyle w:val="Heading2"/>
      </w:pPr>
      <w:r>
        <w:t>Message Framework</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944"/>
            <w:shd w:fill="1E5EFF"/>
            <w:tcMar>
              <w:top w:w="120" w:type="dxa"/>
              <w:start w:w="120" w:type="dxa"/>
              <w:bottom w:w="120" w:type="dxa"/>
              <w:end w:w="120" w:type="dxa"/>
            </w:tcMar>
          </w:tcPr>
          <w:p>
            <w:r>
              <w:rPr>
                <w:b/>
                <w:color w:val="FFFFFF"/>
              </w:rPr>
              <w:t>Message Level</w:t>
            </w:r>
          </w:p>
        </w:tc>
        <w:tc>
          <w:tcPr>
            <w:tcW w:type="dxa" w:w="2880"/>
            <w:shd w:fill="1E5EFF"/>
            <w:tcMar>
              <w:top w:w="120" w:type="dxa"/>
              <w:start w:w="120" w:type="dxa"/>
              <w:bottom w:w="120" w:type="dxa"/>
              <w:end w:w="120" w:type="dxa"/>
            </w:tcMar>
          </w:tcPr>
          <w:p>
            <w:r>
              <w:rPr>
                <w:b/>
                <w:color w:val="FFFFFF"/>
              </w:rPr>
              <w:t>Purpose</w:t>
            </w:r>
          </w:p>
        </w:tc>
        <w:tc>
          <w:tcPr>
            <w:tcW w:type="dxa" w:w="4680"/>
            <w:shd w:fill="1E5EFF"/>
            <w:tcMar>
              <w:top w:w="120" w:type="dxa"/>
              <w:start w:w="120" w:type="dxa"/>
              <w:bottom w:w="120" w:type="dxa"/>
              <w:end w:w="120" w:type="dxa"/>
            </w:tcMar>
          </w:tcPr>
          <w:p>
            <w:r>
              <w:rPr>
                <w:b/>
                <w:color w:val="FFFFFF"/>
              </w:rPr>
              <w:t>Working Language</w:t>
            </w:r>
          </w:p>
        </w:tc>
      </w:tr>
      <w:tr>
        <w:tc>
          <w:tcPr>
            <w:tcW w:type="dxa" w:w="1944"/>
            <w:tcMar>
              <w:top w:w="100" w:type="dxa"/>
              <w:start w:w="110" w:type="dxa"/>
              <w:bottom w:w="100" w:type="dxa"/>
              <w:end w:w="110" w:type="dxa"/>
            </w:tcMar>
            <w:vAlign w:val="top"/>
          </w:tcPr>
          <w:p>
            <w:r>
              <w:t>Core Message</w:t>
            </w:r>
          </w:p>
        </w:tc>
        <w:tc>
          <w:tcPr>
            <w:tcW w:type="dxa" w:w="2880"/>
            <w:tcMar>
              <w:top w:w="100" w:type="dxa"/>
              <w:start w:w="110" w:type="dxa"/>
              <w:bottom w:w="100" w:type="dxa"/>
              <w:end w:w="110" w:type="dxa"/>
            </w:tcMar>
            <w:vAlign w:val="top"/>
          </w:tcPr>
          <w:p>
            <w:r>
              <w:t>Single central idea</w:t>
            </w:r>
          </w:p>
        </w:tc>
        <w:tc>
          <w:tcPr>
            <w:tcW w:type="dxa" w:w="4680"/>
            <w:tcMar>
              <w:top w:w="100" w:type="dxa"/>
              <w:start w:w="110" w:type="dxa"/>
              <w:bottom w:w="100" w:type="dxa"/>
              <w:end w:w="110" w:type="dxa"/>
            </w:tcMar>
            <w:vAlign w:val="top"/>
          </w:tcPr>
          <w:p>
            <w:r>
              <w:t>[Insert core message]</w:t>
            </w:r>
          </w:p>
        </w:tc>
      </w:tr>
      <w:tr>
        <w:tc>
          <w:tcPr>
            <w:tcW w:type="dxa" w:w="1944"/>
            <w:tcMar>
              <w:top w:w="100" w:type="dxa"/>
              <w:start w:w="110" w:type="dxa"/>
              <w:bottom w:w="100" w:type="dxa"/>
              <w:end w:w="110" w:type="dxa"/>
            </w:tcMar>
            <w:vAlign w:val="top"/>
          </w:tcPr>
          <w:p>
            <w:r>
              <w:t>Proof Point 1</w:t>
            </w:r>
          </w:p>
        </w:tc>
        <w:tc>
          <w:tcPr>
            <w:tcW w:type="dxa" w:w="2880"/>
            <w:tcMar>
              <w:top w:w="100" w:type="dxa"/>
              <w:start w:w="110" w:type="dxa"/>
              <w:bottom w:w="100" w:type="dxa"/>
              <w:end w:w="110" w:type="dxa"/>
            </w:tcMar>
            <w:vAlign w:val="top"/>
          </w:tcPr>
          <w:p>
            <w:r>
              <w:t>Evidence / substantiation</w:t>
            </w:r>
          </w:p>
        </w:tc>
        <w:tc>
          <w:tcPr>
            <w:tcW w:type="dxa" w:w="4680"/>
            <w:tcMar>
              <w:top w:w="100" w:type="dxa"/>
              <w:start w:w="110" w:type="dxa"/>
              <w:bottom w:w="100" w:type="dxa"/>
              <w:end w:w="110" w:type="dxa"/>
            </w:tcMar>
            <w:vAlign w:val="top"/>
          </w:tcPr>
          <w:p>
            <w:r>
              <w:t>[Insert proof]</w:t>
            </w:r>
          </w:p>
        </w:tc>
      </w:tr>
      <w:tr>
        <w:tc>
          <w:tcPr>
            <w:tcW w:type="dxa" w:w="1944"/>
            <w:tcMar>
              <w:top w:w="100" w:type="dxa"/>
              <w:start w:w="110" w:type="dxa"/>
              <w:bottom w:w="100" w:type="dxa"/>
              <w:end w:w="110" w:type="dxa"/>
            </w:tcMar>
            <w:vAlign w:val="top"/>
          </w:tcPr>
          <w:p>
            <w:r>
              <w:t>Proof Point 2</w:t>
            </w:r>
          </w:p>
        </w:tc>
        <w:tc>
          <w:tcPr>
            <w:tcW w:type="dxa" w:w="2880"/>
            <w:tcMar>
              <w:top w:w="100" w:type="dxa"/>
              <w:start w:w="110" w:type="dxa"/>
              <w:bottom w:w="100" w:type="dxa"/>
              <w:end w:w="110" w:type="dxa"/>
            </w:tcMar>
            <w:vAlign w:val="top"/>
          </w:tcPr>
          <w:p>
            <w:r>
              <w:t>Evidence / substantiation</w:t>
            </w:r>
          </w:p>
        </w:tc>
        <w:tc>
          <w:tcPr>
            <w:tcW w:type="dxa" w:w="4680"/>
            <w:tcMar>
              <w:top w:w="100" w:type="dxa"/>
              <w:start w:w="110" w:type="dxa"/>
              <w:bottom w:w="100" w:type="dxa"/>
              <w:end w:w="110" w:type="dxa"/>
            </w:tcMar>
            <w:vAlign w:val="top"/>
          </w:tcPr>
          <w:p>
            <w:r>
              <w:t>[Insert proof]</w:t>
            </w:r>
          </w:p>
        </w:tc>
      </w:tr>
      <w:tr>
        <w:tc>
          <w:tcPr>
            <w:tcW w:type="dxa" w:w="1944"/>
            <w:tcMar>
              <w:top w:w="100" w:type="dxa"/>
              <w:start w:w="110" w:type="dxa"/>
              <w:bottom w:w="100" w:type="dxa"/>
              <w:end w:w="110" w:type="dxa"/>
            </w:tcMar>
            <w:vAlign w:val="top"/>
          </w:tcPr>
          <w:p>
            <w:r>
              <w:t>Objection Response</w:t>
            </w:r>
          </w:p>
        </w:tc>
        <w:tc>
          <w:tcPr>
            <w:tcW w:type="dxa" w:w="2880"/>
            <w:tcMar>
              <w:top w:w="100" w:type="dxa"/>
              <w:start w:w="110" w:type="dxa"/>
              <w:bottom w:w="100" w:type="dxa"/>
              <w:end w:w="110" w:type="dxa"/>
            </w:tcMar>
            <w:vAlign w:val="top"/>
          </w:tcPr>
          <w:p>
            <w:r>
              <w:t>Address a likely barrier</w:t>
            </w:r>
          </w:p>
        </w:tc>
        <w:tc>
          <w:tcPr>
            <w:tcW w:type="dxa" w:w="4680"/>
            <w:tcMar>
              <w:top w:w="100" w:type="dxa"/>
              <w:start w:w="110" w:type="dxa"/>
              <w:bottom w:w="100" w:type="dxa"/>
              <w:end w:w="110" w:type="dxa"/>
            </w:tcMar>
            <w:vAlign w:val="top"/>
          </w:tcPr>
          <w:p>
            <w:r>
              <w:t>[Insert response]</w:t>
            </w:r>
          </w:p>
        </w:tc>
      </w:tr>
      <w:tr>
        <w:tc>
          <w:tcPr>
            <w:tcW w:type="dxa" w:w="1944"/>
            <w:tcMar>
              <w:top w:w="100" w:type="dxa"/>
              <w:start w:w="110" w:type="dxa"/>
              <w:bottom w:w="100" w:type="dxa"/>
              <w:end w:w="110" w:type="dxa"/>
            </w:tcMar>
            <w:vAlign w:val="top"/>
          </w:tcPr>
          <w:p>
            <w:r>
              <w:t>Call to Action</w:t>
            </w:r>
          </w:p>
        </w:tc>
        <w:tc>
          <w:tcPr>
            <w:tcW w:type="dxa" w:w="2880"/>
            <w:tcMar>
              <w:top w:w="100" w:type="dxa"/>
              <w:start w:w="110" w:type="dxa"/>
              <w:bottom w:w="100" w:type="dxa"/>
              <w:end w:w="110" w:type="dxa"/>
            </w:tcMar>
            <w:vAlign w:val="top"/>
          </w:tcPr>
          <w:p>
            <w:r>
              <w:t>Define next step</w:t>
            </w:r>
          </w:p>
        </w:tc>
        <w:tc>
          <w:tcPr>
            <w:tcW w:type="dxa" w:w="4680"/>
            <w:tcMar>
              <w:top w:w="100" w:type="dxa"/>
              <w:start w:w="110" w:type="dxa"/>
              <w:bottom w:w="100" w:type="dxa"/>
              <w:end w:w="110" w:type="dxa"/>
            </w:tcMar>
            <w:vAlign w:val="top"/>
          </w:tcPr>
          <w:p>
            <w:r>
              <w:t>[Insert CTA]</w:t>
            </w:r>
          </w:p>
        </w:tc>
      </w:tr>
    </w:tbl>
    <w:p/>
    <w:p>
      <w:pPr>
        <w:pStyle w:val="Heading1"/>
      </w:pPr>
      <w:r>
        <w:t>7. Marketing Strategy</w:t>
      </w:r>
    </w:p>
    <w:p>
      <w:pPr>
        <w:pStyle w:val="BodyText"/>
      </w:pPr>
      <w:r>
        <w:t>Strategy explains the choices that connect the situation and objectives with the eventual channel and campaign plan. It should clarify where the organization will focus, what it will prioritize, and what it will deliberately not attempt to do.</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Strategic approach</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[Describe the overall approach in 1-3 paragraphs.]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Priority audience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[Identify the audience that receives primary investment and attention.]</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Behavior / perception to change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must the audience think, feel, understand, or do differently?]</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Value exchange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[Why is the desired action worthwhile for the audience?]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Primary strategic lever</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[Examples: awareness, acquisition, conversion, retention, pricing, distribution, partnership, category education.]</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Competitive choice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[How will the strategy distinguish the offering from alternatives?]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we will not prioritize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[List major activities or audiences that are intentionally outside the plan.]</w:t>
            </w:r>
          </w:p>
        </w:tc>
      </w:tr>
    </w:tbl>
    <w:p/>
    <w:p>
      <w:pPr>
        <w:pStyle w:val="Heading1"/>
      </w:pPr>
      <w:r>
        <w:t>8. Channel &amp; Media Plan</w:t>
      </w:r>
    </w:p>
    <w:p>
      <w:pPr>
        <w:pStyle w:val="BodyText"/>
      </w:pPr>
      <w:r>
        <w:t>Assign each channel a specific role in the customer journey or communication strategy. Avoid selecting channels simply because they are common or currently popular.</w:t>
      </w:r>
    </w:p>
    <w:tbl>
      <w:tblPr>
        <w:tblStyle w:val="TableGrid"/>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1512"/>
            <w:shd w:fill="1E5EFF"/>
            <w:tcMar>
              <w:top w:w="120" w:type="dxa"/>
              <w:start w:w="120" w:type="dxa"/>
              <w:bottom w:w="120" w:type="dxa"/>
              <w:end w:w="120" w:type="dxa"/>
            </w:tcMar>
          </w:tcPr>
          <w:p>
            <w:r>
              <w:rPr>
                <w:b/>
                <w:color w:val="FFFFFF"/>
              </w:rPr>
              <w:t>Channel</w:t>
            </w:r>
          </w:p>
        </w:tc>
        <w:tc>
          <w:tcPr>
            <w:tcW w:type="dxa" w:w="2232"/>
            <w:shd w:fill="1E5EFF"/>
            <w:tcMar>
              <w:top w:w="120" w:type="dxa"/>
              <w:start w:w="120" w:type="dxa"/>
              <w:bottom w:w="120" w:type="dxa"/>
              <w:end w:w="120" w:type="dxa"/>
            </w:tcMar>
          </w:tcPr>
          <w:p>
            <w:r>
              <w:rPr>
                <w:b/>
                <w:color w:val="FFFFFF"/>
              </w:rPr>
              <w:t>Strategic Role</w:t>
            </w:r>
          </w:p>
        </w:tc>
        <w:tc>
          <w:tcPr>
            <w:tcW w:type="dxa" w:w="1512"/>
            <w:shd w:fill="1E5EFF"/>
            <w:tcMar>
              <w:top w:w="120" w:type="dxa"/>
              <w:start w:w="120" w:type="dxa"/>
              <w:bottom w:w="120" w:type="dxa"/>
              <w:end w:w="120" w:type="dxa"/>
            </w:tcMar>
          </w:tcPr>
          <w:p>
            <w:r>
              <w:rPr>
                <w:b/>
                <w:color w:val="FFFFFF"/>
              </w:rPr>
              <w:t>Audience</w:t>
            </w:r>
          </w:p>
        </w:tc>
        <w:tc>
          <w:tcPr>
            <w:tcW w:type="dxa" w:w="1584"/>
            <w:shd w:fill="1E5EFF"/>
            <w:tcMar>
              <w:top w:w="120" w:type="dxa"/>
              <w:start w:w="120" w:type="dxa"/>
              <w:bottom w:w="120" w:type="dxa"/>
              <w:end w:w="120" w:type="dxa"/>
            </w:tcMar>
          </w:tcPr>
          <w:p>
            <w:r>
              <w:rPr>
                <w:b/>
                <w:color w:val="FFFFFF"/>
              </w:rPr>
              <w:t>Primary KPI</w:t>
            </w:r>
          </w:p>
        </w:tc>
        <w:tc>
          <w:tcPr>
            <w:tcW w:type="dxa" w:w="1440"/>
            <w:shd w:fill="1E5EFF"/>
            <w:tcMar>
              <w:top w:w="120" w:type="dxa"/>
              <w:start w:w="120" w:type="dxa"/>
              <w:bottom w:w="120" w:type="dxa"/>
              <w:end w:w="120" w:type="dxa"/>
            </w:tcMar>
          </w:tcPr>
          <w:p>
            <w:r>
              <w:rPr>
                <w:b/>
                <w:color w:val="FFFFFF"/>
              </w:rPr>
              <w:t>Budget / Weight</w:t>
            </w:r>
          </w:p>
        </w:tc>
        <w:tc>
          <w:tcPr>
            <w:tcW w:type="dxa" w:w="1152"/>
            <w:shd w:fill="1E5EFF"/>
            <w:tcMar>
              <w:top w:w="120" w:type="dxa"/>
              <w:start w:w="120" w:type="dxa"/>
              <w:bottom w:w="120" w:type="dxa"/>
              <w:end w:w="120" w:type="dxa"/>
            </w:tcMar>
          </w:tcPr>
          <w:p>
            <w:r>
              <w:rPr>
                <w:b/>
                <w:color w:val="FFFFFF"/>
              </w:rPr>
              <w:t>Owner</w:t>
            </w:r>
          </w:p>
        </w:tc>
      </w:tr>
      <w:tr>
        <w:tc>
          <w:tcPr>
            <w:tcW w:type="dxa" w:w="1512"/>
            <w:tcMar>
              <w:top w:w="100" w:type="dxa"/>
              <w:start w:w="110" w:type="dxa"/>
              <w:bottom w:w="100" w:type="dxa"/>
              <w:end w:w="110" w:type="dxa"/>
            </w:tcMar>
            <w:vAlign w:val="top"/>
          </w:tcPr>
          <w:p>
            <w:r>
              <w:t>[Channel 1]</w:t>
            </w:r>
          </w:p>
        </w:tc>
        <w:tc>
          <w:tcPr>
            <w:tcW w:type="dxa" w:w="2232"/>
            <w:tcMar>
              <w:top w:w="100" w:type="dxa"/>
              <w:start w:w="110" w:type="dxa"/>
              <w:bottom w:w="100" w:type="dxa"/>
              <w:end w:w="110" w:type="dxa"/>
            </w:tcMar>
            <w:vAlign w:val="top"/>
          </w:tcPr>
          <w:p>
            <w:r>
              <w:t>[Role]</w:t>
            </w:r>
          </w:p>
        </w:tc>
        <w:tc>
          <w:tcPr>
            <w:tcW w:type="dxa" w:w="1512"/>
            <w:tcMar>
              <w:top w:w="100" w:type="dxa"/>
              <w:start w:w="110" w:type="dxa"/>
              <w:bottom w:w="100" w:type="dxa"/>
              <w:end w:w="110" w:type="dxa"/>
            </w:tcMar>
            <w:vAlign w:val="top"/>
          </w:tcPr>
          <w:p>
            <w:r>
              <w:t>[Audience]</w:t>
            </w:r>
          </w:p>
        </w:tc>
        <w:tc>
          <w:tcPr>
            <w:tcW w:type="dxa" w:w="1584"/>
            <w:tcMar>
              <w:top w:w="100" w:type="dxa"/>
              <w:start w:w="110" w:type="dxa"/>
              <w:bottom w:w="100" w:type="dxa"/>
              <w:end w:w="110" w:type="dxa"/>
            </w:tcMar>
            <w:vAlign w:val="top"/>
          </w:tcPr>
          <w:p>
            <w:r>
              <w:t>[KPI]</w:t>
            </w:r>
          </w:p>
        </w:tc>
        <w:tc>
          <w:tcPr>
            <w:tcW w:type="dxa" w:w="1440"/>
            <w:tcMar>
              <w:top w:w="100" w:type="dxa"/>
              <w:start w:w="110" w:type="dxa"/>
              <w:bottom w:w="100" w:type="dxa"/>
              <w:end w:w="110" w:type="dxa"/>
            </w:tcMar>
            <w:vAlign w:val="top"/>
          </w:tcPr>
          <w:p>
            <w:r>
              <w:t>[Budget / %]</w:t>
            </w:r>
          </w:p>
        </w:tc>
        <w:tc>
          <w:tcPr>
            <w:tcW w:type="dxa" w:w="1152"/>
            <w:tcMar>
              <w:top w:w="100" w:type="dxa"/>
              <w:start w:w="110" w:type="dxa"/>
              <w:bottom w:w="100" w:type="dxa"/>
              <w:end w:w="110" w:type="dxa"/>
            </w:tcMar>
            <w:vAlign w:val="top"/>
          </w:tcPr>
          <w:p>
            <w:r>
              <w:t>[Owner]</w:t>
            </w:r>
          </w:p>
        </w:tc>
      </w:tr>
      <w:tr>
        <w:tc>
          <w:tcPr>
            <w:tcW w:type="dxa" w:w="1512"/>
            <w:tcMar>
              <w:top w:w="100" w:type="dxa"/>
              <w:start w:w="110" w:type="dxa"/>
              <w:bottom w:w="100" w:type="dxa"/>
              <w:end w:w="110" w:type="dxa"/>
            </w:tcMar>
            <w:vAlign w:val="top"/>
          </w:tcPr>
          <w:p>
            <w:r>
              <w:t>[Channel 2]</w:t>
            </w:r>
          </w:p>
        </w:tc>
        <w:tc>
          <w:tcPr>
            <w:tcW w:type="dxa" w:w="2232"/>
            <w:tcMar>
              <w:top w:w="100" w:type="dxa"/>
              <w:start w:w="110" w:type="dxa"/>
              <w:bottom w:w="100" w:type="dxa"/>
              <w:end w:w="110" w:type="dxa"/>
            </w:tcMar>
            <w:vAlign w:val="top"/>
          </w:tcPr>
          <w:p>
            <w:r>
              <w:t>[Role]</w:t>
            </w:r>
          </w:p>
        </w:tc>
        <w:tc>
          <w:tcPr>
            <w:tcW w:type="dxa" w:w="1512"/>
            <w:tcMar>
              <w:top w:w="100" w:type="dxa"/>
              <w:start w:w="110" w:type="dxa"/>
              <w:bottom w:w="100" w:type="dxa"/>
              <w:end w:w="110" w:type="dxa"/>
            </w:tcMar>
            <w:vAlign w:val="top"/>
          </w:tcPr>
          <w:p>
            <w:r>
              <w:t>[Audience]</w:t>
            </w:r>
          </w:p>
        </w:tc>
        <w:tc>
          <w:tcPr>
            <w:tcW w:type="dxa" w:w="1584"/>
            <w:tcMar>
              <w:top w:w="100" w:type="dxa"/>
              <w:start w:w="110" w:type="dxa"/>
              <w:bottom w:w="100" w:type="dxa"/>
              <w:end w:w="110" w:type="dxa"/>
            </w:tcMar>
            <w:vAlign w:val="top"/>
          </w:tcPr>
          <w:p>
            <w:r>
              <w:t>[KPI]</w:t>
            </w:r>
          </w:p>
        </w:tc>
        <w:tc>
          <w:tcPr>
            <w:tcW w:type="dxa" w:w="1440"/>
            <w:tcMar>
              <w:top w:w="100" w:type="dxa"/>
              <w:start w:w="110" w:type="dxa"/>
              <w:bottom w:w="100" w:type="dxa"/>
              <w:end w:w="110" w:type="dxa"/>
            </w:tcMar>
            <w:vAlign w:val="top"/>
          </w:tcPr>
          <w:p>
            <w:r>
              <w:t>[Budget / %]</w:t>
            </w:r>
          </w:p>
        </w:tc>
        <w:tc>
          <w:tcPr>
            <w:tcW w:type="dxa" w:w="1152"/>
            <w:tcMar>
              <w:top w:w="100" w:type="dxa"/>
              <w:start w:w="110" w:type="dxa"/>
              <w:bottom w:w="100" w:type="dxa"/>
              <w:end w:w="110" w:type="dxa"/>
            </w:tcMar>
            <w:vAlign w:val="top"/>
          </w:tcPr>
          <w:p>
            <w:r>
              <w:t>[Owner]</w:t>
            </w:r>
          </w:p>
        </w:tc>
      </w:tr>
      <w:tr>
        <w:tc>
          <w:tcPr>
            <w:tcW w:type="dxa" w:w="1512"/>
            <w:tcMar>
              <w:top w:w="100" w:type="dxa"/>
              <w:start w:w="110" w:type="dxa"/>
              <w:bottom w:w="100" w:type="dxa"/>
              <w:end w:w="110" w:type="dxa"/>
            </w:tcMar>
            <w:vAlign w:val="top"/>
          </w:tcPr>
          <w:p>
            <w:r>
              <w:t>[Channel 3]</w:t>
            </w:r>
          </w:p>
        </w:tc>
        <w:tc>
          <w:tcPr>
            <w:tcW w:type="dxa" w:w="2232"/>
            <w:tcMar>
              <w:top w:w="100" w:type="dxa"/>
              <w:start w:w="110" w:type="dxa"/>
              <w:bottom w:w="100" w:type="dxa"/>
              <w:end w:w="110" w:type="dxa"/>
            </w:tcMar>
            <w:vAlign w:val="top"/>
          </w:tcPr>
          <w:p>
            <w:r>
              <w:t>[Role]</w:t>
            </w:r>
          </w:p>
        </w:tc>
        <w:tc>
          <w:tcPr>
            <w:tcW w:type="dxa" w:w="1512"/>
            <w:tcMar>
              <w:top w:w="100" w:type="dxa"/>
              <w:start w:w="110" w:type="dxa"/>
              <w:bottom w:w="100" w:type="dxa"/>
              <w:end w:w="110" w:type="dxa"/>
            </w:tcMar>
            <w:vAlign w:val="top"/>
          </w:tcPr>
          <w:p>
            <w:r>
              <w:t>[Audience]</w:t>
            </w:r>
          </w:p>
        </w:tc>
        <w:tc>
          <w:tcPr>
            <w:tcW w:type="dxa" w:w="1584"/>
            <w:tcMar>
              <w:top w:w="100" w:type="dxa"/>
              <w:start w:w="110" w:type="dxa"/>
              <w:bottom w:w="100" w:type="dxa"/>
              <w:end w:w="110" w:type="dxa"/>
            </w:tcMar>
            <w:vAlign w:val="top"/>
          </w:tcPr>
          <w:p>
            <w:r>
              <w:t>[KPI]</w:t>
            </w:r>
          </w:p>
        </w:tc>
        <w:tc>
          <w:tcPr>
            <w:tcW w:type="dxa" w:w="1440"/>
            <w:tcMar>
              <w:top w:w="100" w:type="dxa"/>
              <w:start w:w="110" w:type="dxa"/>
              <w:bottom w:w="100" w:type="dxa"/>
              <w:end w:w="110" w:type="dxa"/>
            </w:tcMar>
            <w:vAlign w:val="top"/>
          </w:tcPr>
          <w:p>
            <w:r>
              <w:t>[Budget / %]</w:t>
            </w:r>
          </w:p>
        </w:tc>
        <w:tc>
          <w:tcPr>
            <w:tcW w:type="dxa" w:w="1152"/>
            <w:tcMar>
              <w:top w:w="100" w:type="dxa"/>
              <w:start w:w="110" w:type="dxa"/>
              <w:bottom w:w="100" w:type="dxa"/>
              <w:end w:w="110" w:type="dxa"/>
            </w:tcMar>
            <w:vAlign w:val="top"/>
          </w:tcPr>
          <w:p>
            <w:r>
              <w:t>[Owner]</w:t>
            </w:r>
          </w:p>
        </w:tc>
      </w:tr>
      <w:tr>
        <w:tc>
          <w:tcPr>
            <w:tcW w:type="dxa" w:w="1512"/>
            <w:tcMar>
              <w:top w:w="100" w:type="dxa"/>
              <w:start w:w="110" w:type="dxa"/>
              <w:bottom w:w="100" w:type="dxa"/>
              <w:end w:w="110" w:type="dxa"/>
            </w:tcMar>
            <w:vAlign w:val="top"/>
          </w:tcPr>
          <w:p>
            <w:r>
              <w:t>[Channel 4]</w:t>
            </w:r>
          </w:p>
        </w:tc>
        <w:tc>
          <w:tcPr>
            <w:tcW w:type="dxa" w:w="2232"/>
            <w:tcMar>
              <w:top w:w="100" w:type="dxa"/>
              <w:start w:w="110" w:type="dxa"/>
              <w:bottom w:w="100" w:type="dxa"/>
              <w:end w:w="110" w:type="dxa"/>
            </w:tcMar>
            <w:vAlign w:val="top"/>
          </w:tcPr>
          <w:p>
            <w:r>
              <w:t>[Role]</w:t>
            </w:r>
          </w:p>
        </w:tc>
        <w:tc>
          <w:tcPr>
            <w:tcW w:type="dxa" w:w="1512"/>
            <w:tcMar>
              <w:top w:w="100" w:type="dxa"/>
              <w:start w:w="110" w:type="dxa"/>
              <w:bottom w:w="100" w:type="dxa"/>
              <w:end w:w="110" w:type="dxa"/>
            </w:tcMar>
            <w:vAlign w:val="top"/>
          </w:tcPr>
          <w:p>
            <w:r>
              <w:t>[Audience]</w:t>
            </w:r>
          </w:p>
        </w:tc>
        <w:tc>
          <w:tcPr>
            <w:tcW w:type="dxa" w:w="1584"/>
            <w:tcMar>
              <w:top w:w="100" w:type="dxa"/>
              <w:start w:w="110" w:type="dxa"/>
              <w:bottom w:w="100" w:type="dxa"/>
              <w:end w:w="110" w:type="dxa"/>
            </w:tcMar>
            <w:vAlign w:val="top"/>
          </w:tcPr>
          <w:p>
            <w:r>
              <w:t>[KPI]</w:t>
            </w:r>
          </w:p>
        </w:tc>
        <w:tc>
          <w:tcPr>
            <w:tcW w:type="dxa" w:w="1440"/>
            <w:tcMar>
              <w:top w:w="100" w:type="dxa"/>
              <w:start w:w="110" w:type="dxa"/>
              <w:bottom w:w="100" w:type="dxa"/>
              <w:end w:w="110" w:type="dxa"/>
            </w:tcMar>
            <w:vAlign w:val="top"/>
          </w:tcPr>
          <w:p>
            <w:r>
              <w:t>[Budget / %]</w:t>
            </w:r>
          </w:p>
        </w:tc>
        <w:tc>
          <w:tcPr>
            <w:tcW w:type="dxa" w:w="1152"/>
            <w:tcMar>
              <w:top w:w="100" w:type="dxa"/>
              <w:start w:w="110" w:type="dxa"/>
              <w:bottom w:w="100" w:type="dxa"/>
              <w:end w:w="110" w:type="dxa"/>
            </w:tcMar>
            <w:vAlign w:val="top"/>
          </w:tcPr>
          <w:p>
            <w:r>
              <w:t>[Owner]</w:t>
            </w:r>
          </w:p>
        </w:tc>
      </w:tr>
      <w:tr>
        <w:tc>
          <w:tcPr>
            <w:tcW w:type="dxa" w:w="1512"/>
            <w:tcMar>
              <w:top w:w="100" w:type="dxa"/>
              <w:start w:w="110" w:type="dxa"/>
              <w:bottom w:w="100" w:type="dxa"/>
              <w:end w:w="110" w:type="dxa"/>
            </w:tcMar>
            <w:vAlign w:val="top"/>
          </w:tcPr>
          <w:p>
            <w:r>
              <w:t>[Channel 5]</w:t>
            </w:r>
          </w:p>
        </w:tc>
        <w:tc>
          <w:tcPr>
            <w:tcW w:type="dxa" w:w="2232"/>
            <w:tcMar>
              <w:top w:w="100" w:type="dxa"/>
              <w:start w:w="110" w:type="dxa"/>
              <w:bottom w:w="100" w:type="dxa"/>
              <w:end w:w="110" w:type="dxa"/>
            </w:tcMar>
            <w:vAlign w:val="top"/>
          </w:tcPr>
          <w:p>
            <w:r>
              <w:t>[Role]</w:t>
            </w:r>
          </w:p>
        </w:tc>
        <w:tc>
          <w:tcPr>
            <w:tcW w:type="dxa" w:w="1512"/>
            <w:tcMar>
              <w:top w:w="100" w:type="dxa"/>
              <w:start w:w="110" w:type="dxa"/>
              <w:bottom w:w="100" w:type="dxa"/>
              <w:end w:w="110" w:type="dxa"/>
            </w:tcMar>
            <w:vAlign w:val="top"/>
          </w:tcPr>
          <w:p>
            <w:r>
              <w:t>[Audience]</w:t>
            </w:r>
          </w:p>
        </w:tc>
        <w:tc>
          <w:tcPr>
            <w:tcW w:type="dxa" w:w="1584"/>
            <w:tcMar>
              <w:top w:w="100" w:type="dxa"/>
              <w:start w:w="110" w:type="dxa"/>
              <w:bottom w:w="100" w:type="dxa"/>
              <w:end w:w="110" w:type="dxa"/>
            </w:tcMar>
            <w:vAlign w:val="top"/>
          </w:tcPr>
          <w:p>
            <w:r>
              <w:t>[KPI]</w:t>
            </w:r>
          </w:p>
        </w:tc>
        <w:tc>
          <w:tcPr>
            <w:tcW w:type="dxa" w:w="1440"/>
            <w:tcMar>
              <w:top w:w="100" w:type="dxa"/>
              <w:start w:w="110" w:type="dxa"/>
              <w:bottom w:w="100" w:type="dxa"/>
              <w:end w:w="110" w:type="dxa"/>
            </w:tcMar>
            <w:vAlign w:val="top"/>
          </w:tcPr>
          <w:p>
            <w:r>
              <w:t>[Budget / %]</w:t>
            </w:r>
          </w:p>
        </w:tc>
        <w:tc>
          <w:tcPr>
            <w:tcW w:type="dxa" w:w="1152"/>
            <w:tcMar>
              <w:top w:w="100" w:type="dxa"/>
              <w:start w:w="110" w:type="dxa"/>
              <w:bottom w:w="100" w:type="dxa"/>
              <w:end w:w="110" w:type="dxa"/>
            </w:tcMar>
            <w:vAlign w:val="top"/>
          </w:tcPr>
          <w:p>
            <w:r>
              <w:t>[Owner]</w:t>
            </w:r>
          </w:p>
        </w:tc>
      </w:tr>
    </w:tbl>
    <w:p/>
    <w:p>
      <w:pPr>
        <w:pStyle w:val="Heading2"/>
      </w:pPr>
      <w:r>
        <w:t>Channel Rationale</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Paid media</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[Explain where paid advertising fits and why.]</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Owned media</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[Explain the role of website, email, CRM, social accounts, content, or other controlled channels.]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Earned media</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[Explain the role of PR, word of mouth, reviews, community, advocacy, or organic coverage.]</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Partnerships / distribution</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[Explain the role of partners, retailers, affiliates, platforms, events, or other distribution relationships.]</w:t>
            </w:r>
          </w:p>
        </w:tc>
      </w:tr>
    </w:tbl>
    <w:p/>
    <w:p>
      <w:pPr>
        <w:pStyle w:val="Heading1"/>
      </w:pPr>
      <w:r>
        <w:t>9. Creative &amp; Content Direction</w:t>
      </w:r>
    </w:p>
    <w:p>
      <w:pPr>
        <w:pStyle w:val="BodyText"/>
      </w:pPr>
      <w:r>
        <w:t>Creative direction should translate the strategy into a coherent communication system while leaving room for channel-specific execution. Define the idea, message, proof, tone, and mandatory elements before individual assets are produced.</w:t>
      </w:r>
    </w:p>
    <w:p>
      <w:pPr>
        <w:jc w:val="center"/>
      </w:pPr>
      <w:r>
        <w:drawing>
          <wp:inline xmlns:a="http://schemas.openxmlformats.org/drawingml/2006/main" xmlns:pic="http://schemas.openxmlformats.org/drawingml/2006/picture">
            <wp:extent cx="4251960" cy="2391728"/>
            <wp:docPr id="5" name="Picture 5" descr="Image: AAMA_Campaign_Creative_Placeholder.png"/>
            <wp:cNvGraphicFramePr>
              <a:graphicFrameLocks noChangeAspect="1"/>
            </wp:cNvGraphicFramePr>
            <a:graphic>
              <a:graphicData uri="http://schemas.openxmlformats.org/drawingml/2006/picture">
                <pic:pic>
                  <pic:nvPicPr>
                    <pic:cNvPr id="0" name="AAMA_Campaign_Creative_Placeholder.png"/>
                    <pic:cNvPicPr/>
                  </pic:nvPicPr>
                  <pic:blipFill>
                    <a:blip r:embed="rId15"/>
                    <a:stretch>
                      <a:fillRect/>
                    </a:stretch>
                  </pic:blipFill>
                  <pic:spPr>
                    <a:xfrm>
                      <a:off x="0" y="0"/>
                      <a:ext cx="4251960" cy="2391728"/>
                    </a:xfrm>
                    <a:prstGeom prst="rect"/>
                  </pic:spPr>
                </pic:pic>
              </a:graphicData>
            </a:graphic>
          </wp:inline>
        </w:drawing>
      </w:r>
    </w:p>
    <w:p>
      <w:pPr>
        <w:pStyle w:val="Caption"/>
        <w:jc w:val="center"/>
      </w:pPr>
      <w:r>
        <w:t>[Replace with representative campaign concept or creative execution]</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Creative objective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should the creative accomplish?]</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Single-minded proposition</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is the one idea the audience should take away?]</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Tone / voice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[Describe how the communication should feel and sound.]</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Mandatory elements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[List required claims, disclosures, brand elements, links, legal language, product information, or CTA.]</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Content themes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[List recurring themes or editorial territories.]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Creative variations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messages, formats, audiences, or concepts should be tested?]</w:t>
            </w:r>
          </w:p>
        </w:tc>
      </w:tr>
    </w:tbl>
    <w:p/>
    <w:p>
      <w:pPr>
        <w:pStyle w:val="Heading1"/>
      </w:pPr>
      <w:r>
        <w:t>10. Marketing Calendar &amp; Execution Plan</w:t>
      </w:r>
    </w:p>
    <w:p>
      <w:pPr>
        <w:pStyle w:val="BodyText"/>
      </w:pPr>
      <w:r>
        <w:t>Translate strategy into a schedule with clear ownership, dependencies, and decision points. Use additional rows or a separate project-management system when execution requires more detail.</w:t>
      </w:r>
    </w:p>
    <w:tbl>
      <w:tblPr>
        <w:tblStyle w:val="TableGrid"/>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1440"/>
            <w:shd w:fill="1E5EFF"/>
            <w:tcMar>
              <w:top w:w="120" w:type="dxa"/>
              <w:start w:w="120" w:type="dxa"/>
              <w:bottom w:w="120" w:type="dxa"/>
              <w:end w:w="120" w:type="dxa"/>
            </w:tcMar>
          </w:tcPr>
          <w:p>
            <w:r>
              <w:rPr>
                <w:b/>
                <w:color w:val="FFFFFF"/>
              </w:rPr>
              <w:t>Timing</w:t>
            </w:r>
          </w:p>
        </w:tc>
        <w:tc>
          <w:tcPr>
            <w:tcW w:type="dxa" w:w="2880"/>
            <w:shd w:fill="1E5EFF"/>
            <w:tcMar>
              <w:top w:w="120" w:type="dxa"/>
              <w:start w:w="120" w:type="dxa"/>
              <w:bottom w:w="120" w:type="dxa"/>
              <w:end w:w="120" w:type="dxa"/>
            </w:tcMar>
          </w:tcPr>
          <w:p>
            <w:r>
              <w:rPr>
                <w:b/>
                <w:color w:val="FFFFFF"/>
              </w:rPr>
              <w:t>Initiative / Deliverable</w:t>
            </w:r>
          </w:p>
        </w:tc>
        <w:tc>
          <w:tcPr>
            <w:tcW w:type="dxa" w:w="1440"/>
            <w:shd w:fill="1E5EFF"/>
            <w:tcMar>
              <w:top w:w="120" w:type="dxa"/>
              <w:start w:w="120" w:type="dxa"/>
              <w:bottom w:w="120" w:type="dxa"/>
              <w:end w:w="120" w:type="dxa"/>
            </w:tcMar>
          </w:tcPr>
          <w:p>
            <w:r>
              <w:rPr>
                <w:b/>
                <w:color w:val="FFFFFF"/>
              </w:rPr>
              <w:t>Channel</w:t>
            </w:r>
          </w:p>
        </w:tc>
        <w:tc>
          <w:tcPr>
            <w:tcW w:type="dxa" w:w="1296"/>
            <w:shd w:fill="1E5EFF"/>
            <w:tcMar>
              <w:top w:w="120" w:type="dxa"/>
              <w:start w:w="120" w:type="dxa"/>
              <w:bottom w:w="120" w:type="dxa"/>
              <w:end w:w="120" w:type="dxa"/>
            </w:tcMar>
          </w:tcPr>
          <w:p>
            <w:r>
              <w:rPr>
                <w:b/>
                <w:color w:val="FFFFFF"/>
              </w:rPr>
              <w:t>Owner</w:t>
            </w:r>
          </w:p>
        </w:tc>
        <w:tc>
          <w:tcPr>
            <w:tcW w:type="dxa" w:w="1512"/>
            <w:shd w:fill="1E5EFF"/>
            <w:tcMar>
              <w:top w:w="120" w:type="dxa"/>
              <w:start w:w="120" w:type="dxa"/>
              <w:bottom w:w="120" w:type="dxa"/>
              <w:end w:w="120" w:type="dxa"/>
            </w:tcMar>
          </w:tcPr>
          <w:p>
            <w:r>
              <w:rPr>
                <w:b/>
                <w:color w:val="FFFFFF"/>
              </w:rPr>
              <w:t>Dependency</w:t>
            </w:r>
          </w:p>
        </w:tc>
        <w:tc>
          <w:tcPr>
            <w:tcW w:type="dxa" w:w="1080"/>
            <w:shd w:fill="1E5EFF"/>
            <w:tcMar>
              <w:top w:w="120" w:type="dxa"/>
              <w:start w:w="120" w:type="dxa"/>
              <w:bottom w:w="120" w:type="dxa"/>
              <w:end w:w="120" w:type="dxa"/>
            </w:tcMar>
          </w:tcPr>
          <w:p>
            <w:r>
              <w:rPr>
                <w:b/>
                <w:color w:val="FFFFFF"/>
              </w:rPr>
              <w:t>Status</w:t>
            </w:r>
          </w:p>
        </w:tc>
      </w:tr>
      <w:tr>
        <w:tc>
          <w:tcPr>
            <w:tcW w:type="dxa" w:w="1440"/>
            <w:tcMar>
              <w:top w:w="100" w:type="dxa"/>
              <w:start w:w="110" w:type="dxa"/>
              <w:bottom w:w="100" w:type="dxa"/>
              <w:end w:w="110" w:type="dxa"/>
            </w:tcMar>
            <w:vAlign w:val="top"/>
          </w:tcPr>
          <w:p>
            <w:r>
              <w:t>[Date / Week]</w:t>
            </w:r>
          </w:p>
        </w:tc>
        <w:tc>
          <w:tcPr>
            <w:tcW w:type="dxa" w:w="2880"/>
            <w:tcMar>
              <w:top w:w="100" w:type="dxa"/>
              <w:start w:w="110" w:type="dxa"/>
              <w:bottom w:w="100" w:type="dxa"/>
              <w:end w:w="110" w:type="dxa"/>
            </w:tcMar>
            <w:vAlign w:val="top"/>
          </w:tcPr>
          <w:p>
            <w:r>
              <w:t>[Initiative]</w:t>
            </w:r>
          </w:p>
        </w:tc>
        <w:tc>
          <w:tcPr>
            <w:tcW w:type="dxa" w:w="1440"/>
            <w:tcMar>
              <w:top w:w="100" w:type="dxa"/>
              <w:start w:w="110" w:type="dxa"/>
              <w:bottom w:w="100" w:type="dxa"/>
              <w:end w:w="110" w:type="dxa"/>
            </w:tcMar>
            <w:vAlign w:val="top"/>
          </w:tcPr>
          <w:p>
            <w:r>
              <w:t>[Channel]</w:t>
            </w:r>
          </w:p>
        </w:tc>
        <w:tc>
          <w:tcPr>
            <w:tcW w:type="dxa" w:w="1296"/>
            <w:tcMar>
              <w:top w:w="100" w:type="dxa"/>
              <w:start w:w="110" w:type="dxa"/>
              <w:bottom w:w="100" w:type="dxa"/>
              <w:end w:w="110" w:type="dxa"/>
            </w:tcMar>
            <w:vAlign w:val="top"/>
          </w:tcPr>
          <w:p>
            <w:r>
              <w:t>[Owner]</w:t>
            </w:r>
          </w:p>
        </w:tc>
        <w:tc>
          <w:tcPr>
            <w:tcW w:type="dxa" w:w="1512"/>
            <w:tcMar>
              <w:top w:w="100" w:type="dxa"/>
              <w:start w:w="110" w:type="dxa"/>
              <w:bottom w:w="100" w:type="dxa"/>
              <w:end w:w="110" w:type="dxa"/>
            </w:tcMar>
            <w:vAlign w:val="top"/>
          </w:tcPr>
          <w:p>
            <w:r>
              <w:t>[Dependency]</w:t>
            </w:r>
          </w:p>
        </w:tc>
        <w:tc>
          <w:tcPr>
            <w:tcW w:type="dxa" w:w="1080"/>
            <w:tcMar>
              <w:top w:w="100" w:type="dxa"/>
              <w:start w:w="110" w:type="dxa"/>
              <w:bottom w:w="100" w:type="dxa"/>
              <w:end w:w="110" w:type="dxa"/>
            </w:tcMar>
            <w:vAlign w:val="top"/>
          </w:tcPr>
          <w:p>
            <w:r>
              <w:t>[Planned]</w:t>
            </w:r>
          </w:p>
        </w:tc>
      </w:tr>
      <w:tr>
        <w:tc>
          <w:tcPr>
            <w:tcW w:type="dxa" w:w="1440"/>
            <w:tcMar>
              <w:top w:w="100" w:type="dxa"/>
              <w:start w:w="110" w:type="dxa"/>
              <w:bottom w:w="100" w:type="dxa"/>
              <w:end w:w="110" w:type="dxa"/>
            </w:tcMar>
            <w:vAlign w:val="top"/>
          </w:tcPr>
          <w:p>
            <w:r>
              <w:t>[Date / Week]</w:t>
            </w:r>
          </w:p>
        </w:tc>
        <w:tc>
          <w:tcPr>
            <w:tcW w:type="dxa" w:w="2880"/>
            <w:tcMar>
              <w:top w:w="100" w:type="dxa"/>
              <w:start w:w="110" w:type="dxa"/>
              <w:bottom w:w="100" w:type="dxa"/>
              <w:end w:w="110" w:type="dxa"/>
            </w:tcMar>
            <w:vAlign w:val="top"/>
          </w:tcPr>
          <w:p>
            <w:r>
              <w:t>[Initiative]</w:t>
            </w:r>
          </w:p>
        </w:tc>
        <w:tc>
          <w:tcPr>
            <w:tcW w:type="dxa" w:w="1440"/>
            <w:tcMar>
              <w:top w:w="100" w:type="dxa"/>
              <w:start w:w="110" w:type="dxa"/>
              <w:bottom w:w="100" w:type="dxa"/>
              <w:end w:w="110" w:type="dxa"/>
            </w:tcMar>
            <w:vAlign w:val="top"/>
          </w:tcPr>
          <w:p>
            <w:r>
              <w:t>[Channel]</w:t>
            </w:r>
          </w:p>
        </w:tc>
        <w:tc>
          <w:tcPr>
            <w:tcW w:type="dxa" w:w="1296"/>
            <w:tcMar>
              <w:top w:w="100" w:type="dxa"/>
              <w:start w:w="110" w:type="dxa"/>
              <w:bottom w:w="100" w:type="dxa"/>
              <w:end w:w="110" w:type="dxa"/>
            </w:tcMar>
            <w:vAlign w:val="top"/>
          </w:tcPr>
          <w:p>
            <w:r>
              <w:t>[Owner]</w:t>
            </w:r>
          </w:p>
        </w:tc>
        <w:tc>
          <w:tcPr>
            <w:tcW w:type="dxa" w:w="1512"/>
            <w:tcMar>
              <w:top w:w="100" w:type="dxa"/>
              <w:start w:w="110" w:type="dxa"/>
              <w:bottom w:w="100" w:type="dxa"/>
              <w:end w:w="110" w:type="dxa"/>
            </w:tcMar>
            <w:vAlign w:val="top"/>
          </w:tcPr>
          <w:p>
            <w:r>
              <w:t>[Dependency]</w:t>
            </w:r>
          </w:p>
        </w:tc>
        <w:tc>
          <w:tcPr>
            <w:tcW w:type="dxa" w:w="1080"/>
            <w:tcMar>
              <w:top w:w="100" w:type="dxa"/>
              <w:start w:w="110" w:type="dxa"/>
              <w:bottom w:w="100" w:type="dxa"/>
              <w:end w:w="110" w:type="dxa"/>
            </w:tcMar>
            <w:vAlign w:val="top"/>
          </w:tcPr>
          <w:p>
            <w:r>
              <w:t>[Planned]</w:t>
            </w:r>
          </w:p>
        </w:tc>
      </w:tr>
      <w:tr>
        <w:tc>
          <w:tcPr>
            <w:tcW w:type="dxa" w:w="1440"/>
            <w:tcMar>
              <w:top w:w="100" w:type="dxa"/>
              <w:start w:w="110" w:type="dxa"/>
              <w:bottom w:w="100" w:type="dxa"/>
              <w:end w:w="110" w:type="dxa"/>
            </w:tcMar>
            <w:vAlign w:val="top"/>
          </w:tcPr>
          <w:p>
            <w:r>
              <w:t>[Date / Week]</w:t>
            </w:r>
          </w:p>
        </w:tc>
        <w:tc>
          <w:tcPr>
            <w:tcW w:type="dxa" w:w="2880"/>
            <w:tcMar>
              <w:top w:w="100" w:type="dxa"/>
              <w:start w:w="110" w:type="dxa"/>
              <w:bottom w:w="100" w:type="dxa"/>
              <w:end w:w="110" w:type="dxa"/>
            </w:tcMar>
            <w:vAlign w:val="top"/>
          </w:tcPr>
          <w:p>
            <w:r>
              <w:t>[Initiative]</w:t>
            </w:r>
          </w:p>
        </w:tc>
        <w:tc>
          <w:tcPr>
            <w:tcW w:type="dxa" w:w="1440"/>
            <w:tcMar>
              <w:top w:w="100" w:type="dxa"/>
              <w:start w:w="110" w:type="dxa"/>
              <w:bottom w:w="100" w:type="dxa"/>
              <w:end w:w="110" w:type="dxa"/>
            </w:tcMar>
            <w:vAlign w:val="top"/>
          </w:tcPr>
          <w:p>
            <w:r>
              <w:t>[Channel]</w:t>
            </w:r>
          </w:p>
        </w:tc>
        <w:tc>
          <w:tcPr>
            <w:tcW w:type="dxa" w:w="1296"/>
            <w:tcMar>
              <w:top w:w="100" w:type="dxa"/>
              <w:start w:w="110" w:type="dxa"/>
              <w:bottom w:w="100" w:type="dxa"/>
              <w:end w:w="110" w:type="dxa"/>
            </w:tcMar>
            <w:vAlign w:val="top"/>
          </w:tcPr>
          <w:p>
            <w:r>
              <w:t>[Owner]</w:t>
            </w:r>
          </w:p>
        </w:tc>
        <w:tc>
          <w:tcPr>
            <w:tcW w:type="dxa" w:w="1512"/>
            <w:tcMar>
              <w:top w:w="100" w:type="dxa"/>
              <w:start w:w="110" w:type="dxa"/>
              <w:bottom w:w="100" w:type="dxa"/>
              <w:end w:w="110" w:type="dxa"/>
            </w:tcMar>
            <w:vAlign w:val="top"/>
          </w:tcPr>
          <w:p>
            <w:r>
              <w:t>[Dependency]</w:t>
            </w:r>
          </w:p>
        </w:tc>
        <w:tc>
          <w:tcPr>
            <w:tcW w:type="dxa" w:w="1080"/>
            <w:tcMar>
              <w:top w:w="100" w:type="dxa"/>
              <w:start w:w="110" w:type="dxa"/>
              <w:bottom w:w="100" w:type="dxa"/>
              <w:end w:w="110" w:type="dxa"/>
            </w:tcMar>
            <w:vAlign w:val="top"/>
          </w:tcPr>
          <w:p>
            <w:r>
              <w:t>[Planned]</w:t>
            </w:r>
          </w:p>
        </w:tc>
      </w:tr>
      <w:tr>
        <w:tc>
          <w:tcPr>
            <w:tcW w:type="dxa" w:w="1440"/>
            <w:tcMar>
              <w:top w:w="100" w:type="dxa"/>
              <w:start w:w="110" w:type="dxa"/>
              <w:bottom w:w="100" w:type="dxa"/>
              <w:end w:w="110" w:type="dxa"/>
            </w:tcMar>
            <w:vAlign w:val="top"/>
          </w:tcPr>
          <w:p>
            <w:r>
              <w:t>[Date / Week]</w:t>
            </w:r>
          </w:p>
        </w:tc>
        <w:tc>
          <w:tcPr>
            <w:tcW w:type="dxa" w:w="2880"/>
            <w:tcMar>
              <w:top w:w="100" w:type="dxa"/>
              <w:start w:w="110" w:type="dxa"/>
              <w:bottom w:w="100" w:type="dxa"/>
              <w:end w:w="110" w:type="dxa"/>
            </w:tcMar>
            <w:vAlign w:val="top"/>
          </w:tcPr>
          <w:p>
            <w:r>
              <w:t>[Initiative]</w:t>
            </w:r>
          </w:p>
        </w:tc>
        <w:tc>
          <w:tcPr>
            <w:tcW w:type="dxa" w:w="1440"/>
            <w:tcMar>
              <w:top w:w="100" w:type="dxa"/>
              <w:start w:w="110" w:type="dxa"/>
              <w:bottom w:w="100" w:type="dxa"/>
              <w:end w:w="110" w:type="dxa"/>
            </w:tcMar>
            <w:vAlign w:val="top"/>
          </w:tcPr>
          <w:p>
            <w:r>
              <w:t>[Channel]</w:t>
            </w:r>
          </w:p>
        </w:tc>
        <w:tc>
          <w:tcPr>
            <w:tcW w:type="dxa" w:w="1296"/>
            <w:tcMar>
              <w:top w:w="100" w:type="dxa"/>
              <w:start w:w="110" w:type="dxa"/>
              <w:bottom w:w="100" w:type="dxa"/>
              <w:end w:w="110" w:type="dxa"/>
            </w:tcMar>
            <w:vAlign w:val="top"/>
          </w:tcPr>
          <w:p>
            <w:r>
              <w:t>[Owner]</w:t>
            </w:r>
          </w:p>
        </w:tc>
        <w:tc>
          <w:tcPr>
            <w:tcW w:type="dxa" w:w="1512"/>
            <w:tcMar>
              <w:top w:w="100" w:type="dxa"/>
              <w:start w:w="110" w:type="dxa"/>
              <w:bottom w:w="100" w:type="dxa"/>
              <w:end w:w="110" w:type="dxa"/>
            </w:tcMar>
            <w:vAlign w:val="top"/>
          </w:tcPr>
          <w:p>
            <w:r>
              <w:t>[Dependency]</w:t>
            </w:r>
          </w:p>
        </w:tc>
        <w:tc>
          <w:tcPr>
            <w:tcW w:type="dxa" w:w="1080"/>
            <w:tcMar>
              <w:top w:w="100" w:type="dxa"/>
              <w:start w:w="110" w:type="dxa"/>
              <w:bottom w:w="100" w:type="dxa"/>
              <w:end w:w="110" w:type="dxa"/>
            </w:tcMar>
            <w:vAlign w:val="top"/>
          </w:tcPr>
          <w:p>
            <w:r>
              <w:t>[Planned]</w:t>
            </w:r>
          </w:p>
        </w:tc>
      </w:tr>
      <w:tr>
        <w:tc>
          <w:tcPr>
            <w:tcW w:type="dxa" w:w="1440"/>
            <w:tcMar>
              <w:top w:w="100" w:type="dxa"/>
              <w:start w:w="110" w:type="dxa"/>
              <w:bottom w:w="100" w:type="dxa"/>
              <w:end w:w="110" w:type="dxa"/>
            </w:tcMar>
            <w:vAlign w:val="top"/>
          </w:tcPr>
          <w:p>
            <w:r>
              <w:t>[Date / Week]</w:t>
            </w:r>
          </w:p>
        </w:tc>
        <w:tc>
          <w:tcPr>
            <w:tcW w:type="dxa" w:w="2880"/>
            <w:tcMar>
              <w:top w:w="100" w:type="dxa"/>
              <w:start w:w="110" w:type="dxa"/>
              <w:bottom w:w="100" w:type="dxa"/>
              <w:end w:w="110" w:type="dxa"/>
            </w:tcMar>
            <w:vAlign w:val="top"/>
          </w:tcPr>
          <w:p>
            <w:r>
              <w:t>[Initiative]</w:t>
            </w:r>
          </w:p>
        </w:tc>
        <w:tc>
          <w:tcPr>
            <w:tcW w:type="dxa" w:w="1440"/>
            <w:tcMar>
              <w:top w:w="100" w:type="dxa"/>
              <w:start w:w="110" w:type="dxa"/>
              <w:bottom w:w="100" w:type="dxa"/>
              <w:end w:w="110" w:type="dxa"/>
            </w:tcMar>
            <w:vAlign w:val="top"/>
          </w:tcPr>
          <w:p>
            <w:r>
              <w:t>[Channel]</w:t>
            </w:r>
          </w:p>
        </w:tc>
        <w:tc>
          <w:tcPr>
            <w:tcW w:type="dxa" w:w="1296"/>
            <w:tcMar>
              <w:top w:w="100" w:type="dxa"/>
              <w:start w:w="110" w:type="dxa"/>
              <w:bottom w:w="100" w:type="dxa"/>
              <w:end w:w="110" w:type="dxa"/>
            </w:tcMar>
            <w:vAlign w:val="top"/>
          </w:tcPr>
          <w:p>
            <w:r>
              <w:t>[Owner]</w:t>
            </w:r>
          </w:p>
        </w:tc>
        <w:tc>
          <w:tcPr>
            <w:tcW w:type="dxa" w:w="1512"/>
            <w:tcMar>
              <w:top w:w="100" w:type="dxa"/>
              <w:start w:w="110" w:type="dxa"/>
              <w:bottom w:w="100" w:type="dxa"/>
              <w:end w:w="110" w:type="dxa"/>
            </w:tcMar>
            <w:vAlign w:val="top"/>
          </w:tcPr>
          <w:p>
            <w:r>
              <w:t>[Dependency]</w:t>
            </w:r>
          </w:p>
        </w:tc>
        <w:tc>
          <w:tcPr>
            <w:tcW w:type="dxa" w:w="1080"/>
            <w:tcMar>
              <w:top w:w="100" w:type="dxa"/>
              <w:start w:w="110" w:type="dxa"/>
              <w:bottom w:w="100" w:type="dxa"/>
              <w:end w:w="110" w:type="dxa"/>
            </w:tcMar>
            <w:vAlign w:val="top"/>
          </w:tcPr>
          <w:p>
            <w:r>
              <w:t>[Planned]</w:t>
            </w:r>
          </w:p>
        </w:tc>
      </w:tr>
      <w:tr>
        <w:tc>
          <w:tcPr>
            <w:tcW w:type="dxa" w:w="1440"/>
            <w:tcMar>
              <w:top w:w="100" w:type="dxa"/>
              <w:start w:w="110" w:type="dxa"/>
              <w:bottom w:w="100" w:type="dxa"/>
              <w:end w:w="110" w:type="dxa"/>
            </w:tcMar>
            <w:vAlign w:val="top"/>
          </w:tcPr>
          <w:p>
            <w:r>
              <w:t>[Date / Week]</w:t>
            </w:r>
          </w:p>
        </w:tc>
        <w:tc>
          <w:tcPr>
            <w:tcW w:type="dxa" w:w="2880"/>
            <w:tcMar>
              <w:top w:w="100" w:type="dxa"/>
              <w:start w:w="110" w:type="dxa"/>
              <w:bottom w:w="100" w:type="dxa"/>
              <w:end w:w="110" w:type="dxa"/>
            </w:tcMar>
            <w:vAlign w:val="top"/>
          </w:tcPr>
          <w:p>
            <w:r>
              <w:t>[Initiative]</w:t>
            </w:r>
          </w:p>
        </w:tc>
        <w:tc>
          <w:tcPr>
            <w:tcW w:type="dxa" w:w="1440"/>
            <w:tcMar>
              <w:top w:w="100" w:type="dxa"/>
              <w:start w:w="110" w:type="dxa"/>
              <w:bottom w:w="100" w:type="dxa"/>
              <w:end w:w="110" w:type="dxa"/>
            </w:tcMar>
            <w:vAlign w:val="top"/>
          </w:tcPr>
          <w:p>
            <w:r>
              <w:t>[Channel]</w:t>
            </w:r>
          </w:p>
        </w:tc>
        <w:tc>
          <w:tcPr>
            <w:tcW w:type="dxa" w:w="1296"/>
            <w:tcMar>
              <w:top w:w="100" w:type="dxa"/>
              <w:start w:w="110" w:type="dxa"/>
              <w:bottom w:w="100" w:type="dxa"/>
              <w:end w:w="110" w:type="dxa"/>
            </w:tcMar>
            <w:vAlign w:val="top"/>
          </w:tcPr>
          <w:p>
            <w:r>
              <w:t>[Owner]</w:t>
            </w:r>
          </w:p>
        </w:tc>
        <w:tc>
          <w:tcPr>
            <w:tcW w:type="dxa" w:w="1512"/>
            <w:tcMar>
              <w:top w:w="100" w:type="dxa"/>
              <w:start w:w="110" w:type="dxa"/>
              <w:bottom w:w="100" w:type="dxa"/>
              <w:end w:w="110" w:type="dxa"/>
            </w:tcMar>
            <w:vAlign w:val="top"/>
          </w:tcPr>
          <w:p>
            <w:r>
              <w:t>[Dependency]</w:t>
            </w:r>
          </w:p>
        </w:tc>
        <w:tc>
          <w:tcPr>
            <w:tcW w:type="dxa" w:w="1080"/>
            <w:tcMar>
              <w:top w:w="100" w:type="dxa"/>
              <w:start w:w="110" w:type="dxa"/>
              <w:bottom w:w="100" w:type="dxa"/>
              <w:end w:w="110" w:type="dxa"/>
            </w:tcMar>
            <w:vAlign w:val="top"/>
          </w:tcPr>
          <w:p>
            <w:r>
              <w:t>[Planned]</w:t>
            </w:r>
          </w:p>
        </w:tc>
      </w:tr>
    </w:tbl>
    <w:p/>
    <w:p>
      <w:pPr>
        <w:pStyle w:val="Heading1"/>
      </w:pPr>
      <w:r>
        <w:t>11. Marketing Budget</w:t>
      </w:r>
    </w:p>
    <w:p>
      <w:pPr>
        <w:pStyle w:val="BodyText"/>
      </w:pPr>
      <w:r>
        <w:t>Budget should reflect the strategy, not simply repeat last year's allocation. Distinguish working media from production, staffing, technology, agency, research, promotions, and other costs when those distinctions affect decisions.</w:t>
      </w:r>
    </w:p>
    <w:tbl>
      <w:tblPr>
        <w:tblStyle w:val="TableGrid"/>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2160"/>
            <w:shd w:fill="1E5EFF"/>
            <w:tcMar>
              <w:top w:w="120" w:type="dxa"/>
              <w:start w:w="120" w:type="dxa"/>
              <w:bottom w:w="120" w:type="dxa"/>
              <w:end w:w="120" w:type="dxa"/>
            </w:tcMar>
          </w:tcPr>
          <w:p>
            <w:r>
              <w:rPr>
                <w:b/>
                <w:color w:val="FFFFFF"/>
              </w:rPr>
              <w:t>Budget Category</w:t>
            </w:r>
          </w:p>
        </w:tc>
        <w:tc>
          <w:tcPr>
            <w:tcW w:type="dxa" w:w="1368"/>
            <w:shd w:fill="1E5EFF"/>
            <w:tcMar>
              <w:top w:w="120" w:type="dxa"/>
              <w:start w:w="120" w:type="dxa"/>
              <w:bottom w:w="120" w:type="dxa"/>
              <w:end w:w="120" w:type="dxa"/>
            </w:tcMar>
          </w:tcPr>
          <w:p>
            <w:r>
              <w:rPr>
                <w:b/>
                <w:color w:val="FFFFFF"/>
              </w:rPr>
              <w:t>Planned</w:t>
            </w:r>
          </w:p>
        </w:tc>
        <w:tc>
          <w:tcPr>
            <w:tcW w:type="dxa" w:w="1368"/>
            <w:shd w:fill="1E5EFF"/>
            <w:tcMar>
              <w:top w:w="120" w:type="dxa"/>
              <w:start w:w="120" w:type="dxa"/>
              <w:bottom w:w="120" w:type="dxa"/>
              <w:end w:w="120" w:type="dxa"/>
            </w:tcMar>
          </w:tcPr>
          <w:p>
            <w:r>
              <w:rPr>
                <w:b/>
                <w:color w:val="FFFFFF"/>
              </w:rPr>
              <w:t>Committed</w:t>
            </w:r>
          </w:p>
        </w:tc>
        <w:tc>
          <w:tcPr>
            <w:tcW w:type="dxa" w:w="1296"/>
            <w:shd w:fill="1E5EFF"/>
            <w:tcMar>
              <w:top w:w="120" w:type="dxa"/>
              <w:start w:w="120" w:type="dxa"/>
              <w:bottom w:w="120" w:type="dxa"/>
              <w:end w:w="120" w:type="dxa"/>
            </w:tcMar>
          </w:tcPr>
          <w:p>
            <w:r>
              <w:rPr>
                <w:b/>
                <w:color w:val="FFFFFF"/>
              </w:rPr>
              <w:t>Actual</w:t>
            </w:r>
          </w:p>
        </w:tc>
        <w:tc>
          <w:tcPr>
            <w:tcW w:type="dxa" w:w="1224"/>
            <w:shd w:fill="1E5EFF"/>
            <w:tcMar>
              <w:top w:w="120" w:type="dxa"/>
              <w:start w:w="120" w:type="dxa"/>
              <w:bottom w:w="120" w:type="dxa"/>
              <w:end w:w="120" w:type="dxa"/>
            </w:tcMar>
          </w:tcPr>
          <w:p>
            <w:r>
              <w:rPr>
                <w:b/>
                <w:color w:val="FFFFFF"/>
              </w:rPr>
              <w:t>Variance</w:t>
            </w:r>
          </w:p>
        </w:tc>
        <w:tc>
          <w:tcPr>
            <w:tcW w:type="dxa" w:w="2088"/>
            <w:shd w:fill="1E5EFF"/>
            <w:tcMar>
              <w:top w:w="120" w:type="dxa"/>
              <w:start w:w="120" w:type="dxa"/>
              <w:bottom w:w="120" w:type="dxa"/>
              <w:end w:w="120" w:type="dxa"/>
            </w:tcMar>
          </w:tcPr>
          <w:p>
            <w:r>
              <w:rPr>
                <w:b/>
                <w:color w:val="FFFFFF"/>
              </w:rPr>
              <w:t>Notes</w:t>
            </w:r>
          </w:p>
        </w:tc>
      </w:tr>
      <w:tr>
        <w:tc>
          <w:tcPr>
            <w:tcW w:type="dxa" w:w="2160"/>
            <w:tcMar>
              <w:top w:w="100" w:type="dxa"/>
              <w:start w:w="110" w:type="dxa"/>
              <w:bottom w:w="100" w:type="dxa"/>
              <w:end w:w="110" w:type="dxa"/>
            </w:tcMar>
            <w:vAlign w:val="top"/>
          </w:tcPr>
          <w:p>
            <w:r>
              <w:t>Paid media</w:t>
            </w:r>
          </w:p>
        </w:tc>
        <w:tc>
          <w:tcPr>
            <w:tcW w:type="dxa" w:w="1368"/>
            <w:tcMar>
              <w:top w:w="100" w:type="dxa"/>
              <w:start w:w="110" w:type="dxa"/>
              <w:bottom w:w="100" w:type="dxa"/>
              <w:end w:w="110" w:type="dxa"/>
            </w:tcMar>
            <w:vAlign w:val="top"/>
          </w:tcPr>
          <w:p>
            <w:r>
              <w:t>[$0]</w:t>
            </w:r>
          </w:p>
        </w:tc>
        <w:tc>
          <w:tcPr>
            <w:tcW w:type="dxa" w:w="1368"/>
            <w:tcMar>
              <w:top w:w="100" w:type="dxa"/>
              <w:start w:w="110" w:type="dxa"/>
              <w:bottom w:w="100" w:type="dxa"/>
              <w:end w:w="110" w:type="dxa"/>
            </w:tcMar>
            <w:vAlign w:val="top"/>
          </w:tcPr>
          <w:p>
            <w:r>
              <w:t>[$0]</w:t>
            </w:r>
          </w:p>
        </w:tc>
        <w:tc>
          <w:tcPr>
            <w:tcW w:type="dxa" w:w="1296"/>
            <w:tcMar>
              <w:top w:w="100" w:type="dxa"/>
              <w:start w:w="110" w:type="dxa"/>
              <w:bottom w:w="100" w:type="dxa"/>
              <w:end w:w="110" w:type="dxa"/>
            </w:tcMar>
            <w:vAlign w:val="top"/>
          </w:tcPr>
          <w:p>
            <w:r>
              <w:t>[$0]</w:t>
            </w:r>
          </w:p>
        </w:tc>
        <w:tc>
          <w:tcPr>
            <w:tcW w:type="dxa" w:w="1224"/>
            <w:tcMar>
              <w:top w:w="100" w:type="dxa"/>
              <w:start w:w="110" w:type="dxa"/>
              <w:bottom w:w="100" w:type="dxa"/>
              <w:end w:w="110" w:type="dxa"/>
            </w:tcMar>
            <w:vAlign w:val="top"/>
          </w:tcPr>
          <w:p>
            <w:r>
              <w:t>[$0]</w:t>
            </w:r>
          </w:p>
        </w:tc>
        <w:tc>
          <w:tcPr>
            <w:tcW w:type="dxa" w:w="2088"/>
            <w:tcMar>
              <w:top w:w="100" w:type="dxa"/>
              <w:start w:w="110" w:type="dxa"/>
              <w:bottom w:w="100" w:type="dxa"/>
              <w:end w:w="110" w:type="dxa"/>
            </w:tcMar>
            <w:vAlign w:val="top"/>
          </w:tcPr>
          <w:p>
            <w:r>
              <w:t>[Notes]</w:t>
            </w:r>
          </w:p>
        </w:tc>
      </w:tr>
      <w:tr>
        <w:tc>
          <w:tcPr>
            <w:tcW w:type="dxa" w:w="2160"/>
            <w:tcMar>
              <w:top w:w="100" w:type="dxa"/>
              <w:start w:w="110" w:type="dxa"/>
              <w:bottom w:w="100" w:type="dxa"/>
              <w:end w:w="110" w:type="dxa"/>
            </w:tcMar>
            <w:vAlign w:val="top"/>
          </w:tcPr>
          <w:p>
            <w:r>
              <w:t>Creative / production</w:t>
            </w:r>
          </w:p>
        </w:tc>
        <w:tc>
          <w:tcPr>
            <w:tcW w:type="dxa" w:w="1368"/>
            <w:tcMar>
              <w:top w:w="100" w:type="dxa"/>
              <w:start w:w="110" w:type="dxa"/>
              <w:bottom w:w="100" w:type="dxa"/>
              <w:end w:w="110" w:type="dxa"/>
            </w:tcMar>
            <w:vAlign w:val="top"/>
          </w:tcPr>
          <w:p>
            <w:r>
              <w:t>[$0]</w:t>
            </w:r>
          </w:p>
        </w:tc>
        <w:tc>
          <w:tcPr>
            <w:tcW w:type="dxa" w:w="1368"/>
            <w:tcMar>
              <w:top w:w="100" w:type="dxa"/>
              <w:start w:w="110" w:type="dxa"/>
              <w:bottom w:w="100" w:type="dxa"/>
              <w:end w:w="110" w:type="dxa"/>
            </w:tcMar>
            <w:vAlign w:val="top"/>
          </w:tcPr>
          <w:p>
            <w:r>
              <w:t>[$0]</w:t>
            </w:r>
          </w:p>
        </w:tc>
        <w:tc>
          <w:tcPr>
            <w:tcW w:type="dxa" w:w="1296"/>
            <w:tcMar>
              <w:top w:w="100" w:type="dxa"/>
              <w:start w:w="110" w:type="dxa"/>
              <w:bottom w:w="100" w:type="dxa"/>
              <w:end w:w="110" w:type="dxa"/>
            </w:tcMar>
            <w:vAlign w:val="top"/>
          </w:tcPr>
          <w:p>
            <w:r>
              <w:t>[$0]</w:t>
            </w:r>
          </w:p>
        </w:tc>
        <w:tc>
          <w:tcPr>
            <w:tcW w:type="dxa" w:w="1224"/>
            <w:tcMar>
              <w:top w:w="100" w:type="dxa"/>
              <w:start w:w="110" w:type="dxa"/>
              <w:bottom w:w="100" w:type="dxa"/>
              <w:end w:w="110" w:type="dxa"/>
            </w:tcMar>
            <w:vAlign w:val="top"/>
          </w:tcPr>
          <w:p>
            <w:r>
              <w:t>[$0]</w:t>
            </w:r>
          </w:p>
        </w:tc>
        <w:tc>
          <w:tcPr>
            <w:tcW w:type="dxa" w:w="2088"/>
            <w:tcMar>
              <w:top w:w="100" w:type="dxa"/>
              <w:start w:w="110" w:type="dxa"/>
              <w:bottom w:w="100" w:type="dxa"/>
              <w:end w:w="110" w:type="dxa"/>
            </w:tcMar>
            <w:vAlign w:val="top"/>
          </w:tcPr>
          <w:p>
            <w:r>
              <w:t>[Notes]</w:t>
            </w:r>
          </w:p>
        </w:tc>
      </w:tr>
      <w:tr>
        <w:tc>
          <w:tcPr>
            <w:tcW w:type="dxa" w:w="2160"/>
            <w:tcMar>
              <w:top w:w="100" w:type="dxa"/>
              <w:start w:w="110" w:type="dxa"/>
              <w:bottom w:w="100" w:type="dxa"/>
              <w:end w:w="110" w:type="dxa"/>
            </w:tcMar>
            <w:vAlign w:val="top"/>
          </w:tcPr>
          <w:p>
            <w:r>
              <w:t>Agency / contractors</w:t>
            </w:r>
          </w:p>
        </w:tc>
        <w:tc>
          <w:tcPr>
            <w:tcW w:type="dxa" w:w="1368"/>
            <w:tcMar>
              <w:top w:w="100" w:type="dxa"/>
              <w:start w:w="110" w:type="dxa"/>
              <w:bottom w:w="100" w:type="dxa"/>
              <w:end w:w="110" w:type="dxa"/>
            </w:tcMar>
            <w:vAlign w:val="top"/>
          </w:tcPr>
          <w:p>
            <w:r>
              <w:t>[$0]</w:t>
            </w:r>
          </w:p>
        </w:tc>
        <w:tc>
          <w:tcPr>
            <w:tcW w:type="dxa" w:w="1368"/>
            <w:tcMar>
              <w:top w:w="100" w:type="dxa"/>
              <w:start w:w="110" w:type="dxa"/>
              <w:bottom w:w="100" w:type="dxa"/>
              <w:end w:w="110" w:type="dxa"/>
            </w:tcMar>
            <w:vAlign w:val="top"/>
          </w:tcPr>
          <w:p>
            <w:r>
              <w:t>[$0]</w:t>
            </w:r>
          </w:p>
        </w:tc>
        <w:tc>
          <w:tcPr>
            <w:tcW w:type="dxa" w:w="1296"/>
            <w:tcMar>
              <w:top w:w="100" w:type="dxa"/>
              <w:start w:w="110" w:type="dxa"/>
              <w:bottom w:w="100" w:type="dxa"/>
              <w:end w:w="110" w:type="dxa"/>
            </w:tcMar>
            <w:vAlign w:val="top"/>
          </w:tcPr>
          <w:p>
            <w:r>
              <w:t>[$0]</w:t>
            </w:r>
          </w:p>
        </w:tc>
        <w:tc>
          <w:tcPr>
            <w:tcW w:type="dxa" w:w="1224"/>
            <w:tcMar>
              <w:top w:w="100" w:type="dxa"/>
              <w:start w:w="110" w:type="dxa"/>
              <w:bottom w:w="100" w:type="dxa"/>
              <w:end w:w="110" w:type="dxa"/>
            </w:tcMar>
            <w:vAlign w:val="top"/>
          </w:tcPr>
          <w:p>
            <w:r>
              <w:t>[$0]</w:t>
            </w:r>
          </w:p>
        </w:tc>
        <w:tc>
          <w:tcPr>
            <w:tcW w:type="dxa" w:w="2088"/>
            <w:tcMar>
              <w:top w:w="100" w:type="dxa"/>
              <w:start w:w="110" w:type="dxa"/>
              <w:bottom w:w="100" w:type="dxa"/>
              <w:end w:w="110" w:type="dxa"/>
            </w:tcMar>
            <w:vAlign w:val="top"/>
          </w:tcPr>
          <w:p>
            <w:r>
              <w:t>[Notes]</w:t>
            </w:r>
          </w:p>
        </w:tc>
      </w:tr>
      <w:tr>
        <w:tc>
          <w:tcPr>
            <w:tcW w:type="dxa" w:w="2160"/>
            <w:tcMar>
              <w:top w:w="100" w:type="dxa"/>
              <w:start w:w="110" w:type="dxa"/>
              <w:bottom w:w="100" w:type="dxa"/>
              <w:end w:w="110" w:type="dxa"/>
            </w:tcMar>
            <w:vAlign w:val="top"/>
          </w:tcPr>
          <w:p>
            <w:r>
              <w:t>Technology / software</w:t>
            </w:r>
          </w:p>
        </w:tc>
        <w:tc>
          <w:tcPr>
            <w:tcW w:type="dxa" w:w="1368"/>
            <w:tcMar>
              <w:top w:w="100" w:type="dxa"/>
              <w:start w:w="110" w:type="dxa"/>
              <w:bottom w:w="100" w:type="dxa"/>
              <w:end w:w="110" w:type="dxa"/>
            </w:tcMar>
            <w:vAlign w:val="top"/>
          </w:tcPr>
          <w:p>
            <w:r>
              <w:t>[$0]</w:t>
            </w:r>
          </w:p>
        </w:tc>
        <w:tc>
          <w:tcPr>
            <w:tcW w:type="dxa" w:w="1368"/>
            <w:tcMar>
              <w:top w:w="100" w:type="dxa"/>
              <w:start w:w="110" w:type="dxa"/>
              <w:bottom w:w="100" w:type="dxa"/>
              <w:end w:w="110" w:type="dxa"/>
            </w:tcMar>
            <w:vAlign w:val="top"/>
          </w:tcPr>
          <w:p>
            <w:r>
              <w:t>[$0]</w:t>
            </w:r>
          </w:p>
        </w:tc>
        <w:tc>
          <w:tcPr>
            <w:tcW w:type="dxa" w:w="1296"/>
            <w:tcMar>
              <w:top w:w="100" w:type="dxa"/>
              <w:start w:w="110" w:type="dxa"/>
              <w:bottom w:w="100" w:type="dxa"/>
              <w:end w:w="110" w:type="dxa"/>
            </w:tcMar>
            <w:vAlign w:val="top"/>
          </w:tcPr>
          <w:p>
            <w:r>
              <w:t>[$0]</w:t>
            </w:r>
          </w:p>
        </w:tc>
        <w:tc>
          <w:tcPr>
            <w:tcW w:type="dxa" w:w="1224"/>
            <w:tcMar>
              <w:top w:w="100" w:type="dxa"/>
              <w:start w:w="110" w:type="dxa"/>
              <w:bottom w:w="100" w:type="dxa"/>
              <w:end w:w="110" w:type="dxa"/>
            </w:tcMar>
            <w:vAlign w:val="top"/>
          </w:tcPr>
          <w:p>
            <w:r>
              <w:t>[$0]</w:t>
            </w:r>
          </w:p>
        </w:tc>
        <w:tc>
          <w:tcPr>
            <w:tcW w:type="dxa" w:w="2088"/>
            <w:tcMar>
              <w:top w:w="100" w:type="dxa"/>
              <w:start w:w="110" w:type="dxa"/>
              <w:bottom w:w="100" w:type="dxa"/>
              <w:end w:w="110" w:type="dxa"/>
            </w:tcMar>
            <w:vAlign w:val="top"/>
          </w:tcPr>
          <w:p>
            <w:r>
              <w:t>[Notes]</w:t>
            </w:r>
          </w:p>
        </w:tc>
      </w:tr>
      <w:tr>
        <w:tc>
          <w:tcPr>
            <w:tcW w:type="dxa" w:w="2160"/>
            <w:tcMar>
              <w:top w:w="100" w:type="dxa"/>
              <w:start w:w="110" w:type="dxa"/>
              <w:bottom w:w="100" w:type="dxa"/>
              <w:end w:w="110" w:type="dxa"/>
            </w:tcMar>
            <w:vAlign w:val="top"/>
          </w:tcPr>
          <w:p>
            <w:r>
              <w:t>Research / testing</w:t>
            </w:r>
          </w:p>
        </w:tc>
        <w:tc>
          <w:tcPr>
            <w:tcW w:type="dxa" w:w="1368"/>
            <w:tcMar>
              <w:top w:w="100" w:type="dxa"/>
              <w:start w:w="110" w:type="dxa"/>
              <w:bottom w:w="100" w:type="dxa"/>
              <w:end w:w="110" w:type="dxa"/>
            </w:tcMar>
            <w:vAlign w:val="top"/>
          </w:tcPr>
          <w:p>
            <w:r>
              <w:t>[$0]</w:t>
            </w:r>
          </w:p>
        </w:tc>
        <w:tc>
          <w:tcPr>
            <w:tcW w:type="dxa" w:w="1368"/>
            <w:tcMar>
              <w:top w:w="100" w:type="dxa"/>
              <w:start w:w="110" w:type="dxa"/>
              <w:bottom w:w="100" w:type="dxa"/>
              <w:end w:w="110" w:type="dxa"/>
            </w:tcMar>
            <w:vAlign w:val="top"/>
          </w:tcPr>
          <w:p>
            <w:r>
              <w:t>[$0]</w:t>
            </w:r>
          </w:p>
        </w:tc>
        <w:tc>
          <w:tcPr>
            <w:tcW w:type="dxa" w:w="1296"/>
            <w:tcMar>
              <w:top w:w="100" w:type="dxa"/>
              <w:start w:w="110" w:type="dxa"/>
              <w:bottom w:w="100" w:type="dxa"/>
              <w:end w:w="110" w:type="dxa"/>
            </w:tcMar>
            <w:vAlign w:val="top"/>
          </w:tcPr>
          <w:p>
            <w:r>
              <w:t>[$0]</w:t>
            </w:r>
          </w:p>
        </w:tc>
        <w:tc>
          <w:tcPr>
            <w:tcW w:type="dxa" w:w="1224"/>
            <w:tcMar>
              <w:top w:w="100" w:type="dxa"/>
              <w:start w:w="110" w:type="dxa"/>
              <w:bottom w:w="100" w:type="dxa"/>
              <w:end w:w="110" w:type="dxa"/>
            </w:tcMar>
            <w:vAlign w:val="top"/>
          </w:tcPr>
          <w:p>
            <w:r>
              <w:t>[$0]</w:t>
            </w:r>
          </w:p>
        </w:tc>
        <w:tc>
          <w:tcPr>
            <w:tcW w:type="dxa" w:w="2088"/>
            <w:tcMar>
              <w:top w:w="100" w:type="dxa"/>
              <w:start w:w="110" w:type="dxa"/>
              <w:bottom w:w="100" w:type="dxa"/>
              <w:end w:w="110" w:type="dxa"/>
            </w:tcMar>
            <w:vAlign w:val="top"/>
          </w:tcPr>
          <w:p>
            <w:r>
              <w:t>[Notes]</w:t>
            </w:r>
          </w:p>
        </w:tc>
      </w:tr>
      <w:tr>
        <w:tc>
          <w:tcPr>
            <w:tcW w:type="dxa" w:w="2160"/>
            <w:tcMar>
              <w:top w:w="100" w:type="dxa"/>
              <w:start w:w="110" w:type="dxa"/>
              <w:bottom w:w="100" w:type="dxa"/>
              <w:end w:w="110" w:type="dxa"/>
            </w:tcMar>
            <w:vAlign w:val="top"/>
          </w:tcPr>
          <w:p>
            <w:r>
              <w:t>Events / partnerships</w:t>
            </w:r>
          </w:p>
        </w:tc>
        <w:tc>
          <w:tcPr>
            <w:tcW w:type="dxa" w:w="1368"/>
            <w:tcMar>
              <w:top w:w="100" w:type="dxa"/>
              <w:start w:w="110" w:type="dxa"/>
              <w:bottom w:w="100" w:type="dxa"/>
              <w:end w:w="110" w:type="dxa"/>
            </w:tcMar>
            <w:vAlign w:val="top"/>
          </w:tcPr>
          <w:p>
            <w:r>
              <w:t>[$0]</w:t>
            </w:r>
          </w:p>
        </w:tc>
        <w:tc>
          <w:tcPr>
            <w:tcW w:type="dxa" w:w="1368"/>
            <w:tcMar>
              <w:top w:w="100" w:type="dxa"/>
              <w:start w:w="110" w:type="dxa"/>
              <w:bottom w:w="100" w:type="dxa"/>
              <w:end w:w="110" w:type="dxa"/>
            </w:tcMar>
            <w:vAlign w:val="top"/>
          </w:tcPr>
          <w:p>
            <w:r>
              <w:t>[$0]</w:t>
            </w:r>
          </w:p>
        </w:tc>
        <w:tc>
          <w:tcPr>
            <w:tcW w:type="dxa" w:w="1296"/>
            <w:tcMar>
              <w:top w:w="100" w:type="dxa"/>
              <w:start w:w="110" w:type="dxa"/>
              <w:bottom w:w="100" w:type="dxa"/>
              <w:end w:w="110" w:type="dxa"/>
            </w:tcMar>
            <w:vAlign w:val="top"/>
          </w:tcPr>
          <w:p>
            <w:r>
              <w:t>[$0]</w:t>
            </w:r>
          </w:p>
        </w:tc>
        <w:tc>
          <w:tcPr>
            <w:tcW w:type="dxa" w:w="1224"/>
            <w:tcMar>
              <w:top w:w="100" w:type="dxa"/>
              <w:start w:w="110" w:type="dxa"/>
              <w:bottom w:w="100" w:type="dxa"/>
              <w:end w:w="110" w:type="dxa"/>
            </w:tcMar>
            <w:vAlign w:val="top"/>
          </w:tcPr>
          <w:p>
            <w:r>
              <w:t>[$0]</w:t>
            </w:r>
          </w:p>
        </w:tc>
        <w:tc>
          <w:tcPr>
            <w:tcW w:type="dxa" w:w="2088"/>
            <w:tcMar>
              <w:top w:w="100" w:type="dxa"/>
              <w:start w:w="110" w:type="dxa"/>
              <w:bottom w:w="100" w:type="dxa"/>
              <w:end w:w="110" w:type="dxa"/>
            </w:tcMar>
            <w:vAlign w:val="top"/>
          </w:tcPr>
          <w:p>
            <w:r>
              <w:t>[Notes]</w:t>
            </w:r>
          </w:p>
        </w:tc>
      </w:tr>
      <w:tr>
        <w:tc>
          <w:tcPr>
            <w:tcW w:type="dxa" w:w="2160"/>
            <w:tcMar>
              <w:top w:w="100" w:type="dxa"/>
              <w:start w:w="110" w:type="dxa"/>
              <w:bottom w:w="100" w:type="dxa"/>
              <w:end w:w="110" w:type="dxa"/>
            </w:tcMar>
            <w:vAlign w:val="top"/>
          </w:tcPr>
          <w:p>
            <w:r>
              <w:t>Other</w:t>
            </w:r>
          </w:p>
        </w:tc>
        <w:tc>
          <w:tcPr>
            <w:tcW w:type="dxa" w:w="1368"/>
            <w:tcMar>
              <w:top w:w="100" w:type="dxa"/>
              <w:start w:w="110" w:type="dxa"/>
              <w:bottom w:w="100" w:type="dxa"/>
              <w:end w:w="110" w:type="dxa"/>
            </w:tcMar>
            <w:vAlign w:val="top"/>
          </w:tcPr>
          <w:p>
            <w:r>
              <w:t>[$0]</w:t>
            </w:r>
          </w:p>
        </w:tc>
        <w:tc>
          <w:tcPr>
            <w:tcW w:type="dxa" w:w="1368"/>
            <w:tcMar>
              <w:top w:w="100" w:type="dxa"/>
              <w:start w:w="110" w:type="dxa"/>
              <w:bottom w:w="100" w:type="dxa"/>
              <w:end w:w="110" w:type="dxa"/>
            </w:tcMar>
            <w:vAlign w:val="top"/>
          </w:tcPr>
          <w:p>
            <w:r>
              <w:t>[$0]</w:t>
            </w:r>
          </w:p>
        </w:tc>
        <w:tc>
          <w:tcPr>
            <w:tcW w:type="dxa" w:w="1296"/>
            <w:tcMar>
              <w:top w:w="100" w:type="dxa"/>
              <w:start w:w="110" w:type="dxa"/>
              <w:bottom w:w="100" w:type="dxa"/>
              <w:end w:w="110" w:type="dxa"/>
            </w:tcMar>
            <w:vAlign w:val="top"/>
          </w:tcPr>
          <w:p>
            <w:r>
              <w:t>[$0]</w:t>
            </w:r>
          </w:p>
        </w:tc>
        <w:tc>
          <w:tcPr>
            <w:tcW w:type="dxa" w:w="1224"/>
            <w:tcMar>
              <w:top w:w="100" w:type="dxa"/>
              <w:start w:w="110" w:type="dxa"/>
              <w:bottom w:w="100" w:type="dxa"/>
              <w:end w:w="110" w:type="dxa"/>
            </w:tcMar>
            <w:vAlign w:val="top"/>
          </w:tcPr>
          <w:p>
            <w:r>
              <w:t>[$0]</w:t>
            </w:r>
          </w:p>
        </w:tc>
        <w:tc>
          <w:tcPr>
            <w:tcW w:type="dxa" w:w="2088"/>
            <w:tcMar>
              <w:top w:w="100" w:type="dxa"/>
              <w:start w:w="110" w:type="dxa"/>
              <w:bottom w:w="100" w:type="dxa"/>
              <w:end w:w="110" w:type="dxa"/>
            </w:tcMar>
            <w:vAlign w:val="top"/>
          </w:tcPr>
          <w:p>
            <w:r>
              <w:t>[Notes]</w:t>
            </w:r>
          </w:p>
        </w:tc>
      </w:tr>
      <w:tr>
        <w:tc>
          <w:tcPr>
            <w:tcW w:type="dxa" w:w="2160"/>
            <w:tcMar>
              <w:top w:w="100" w:type="dxa"/>
              <w:start w:w="110" w:type="dxa"/>
              <w:bottom w:w="100" w:type="dxa"/>
              <w:end w:w="110" w:type="dxa"/>
            </w:tcMar>
            <w:vAlign w:val="top"/>
          </w:tcPr>
          <w:p>
            <w:r>
              <w:t>TOTAL</w:t>
            </w:r>
          </w:p>
        </w:tc>
        <w:tc>
          <w:tcPr>
            <w:tcW w:type="dxa" w:w="1368"/>
            <w:tcMar>
              <w:top w:w="100" w:type="dxa"/>
              <w:start w:w="110" w:type="dxa"/>
              <w:bottom w:w="100" w:type="dxa"/>
              <w:end w:w="110" w:type="dxa"/>
            </w:tcMar>
            <w:vAlign w:val="top"/>
          </w:tcPr>
          <w:p>
            <w:r>
              <w:t>[$0]</w:t>
            </w:r>
          </w:p>
        </w:tc>
        <w:tc>
          <w:tcPr>
            <w:tcW w:type="dxa" w:w="1368"/>
            <w:tcMar>
              <w:top w:w="100" w:type="dxa"/>
              <w:start w:w="110" w:type="dxa"/>
              <w:bottom w:w="100" w:type="dxa"/>
              <w:end w:w="110" w:type="dxa"/>
            </w:tcMar>
            <w:vAlign w:val="top"/>
          </w:tcPr>
          <w:p>
            <w:r>
              <w:t>[$0]</w:t>
            </w:r>
          </w:p>
        </w:tc>
        <w:tc>
          <w:tcPr>
            <w:tcW w:type="dxa" w:w="1296"/>
            <w:tcMar>
              <w:top w:w="100" w:type="dxa"/>
              <w:start w:w="110" w:type="dxa"/>
              <w:bottom w:w="100" w:type="dxa"/>
              <w:end w:w="110" w:type="dxa"/>
            </w:tcMar>
            <w:vAlign w:val="top"/>
          </w:tcPr>
          <w:p>
            <w:r>
              <w:t>[$0]</w:t>
            </w:r>
          </w:p>
        </w:tc>
        <w:tc>
          <w:tcPr>
            <w:tcW w:type="dxa" w:w="1224"/>
            <w:tcMar>
              <w:top w:w="100" w:type="dxa"/>
              <w:start w:w="110" w:type="dxa"/>
              <w:bottom w:w="100" w:type="dxa"/>
              <w:end w:w="110" w:type="dxa"/>
            </w:tcMar>
            <w:vAlign w:val="top"/>
          </w:tcPr>
          <w:p>
            <w:r>
              <w:t>[$0]</w:t>
            </w:r>
          </w:p>
        </w:tc>
        <w:tc>
          <w:tcPr>
            <w:tcW w:type="dxa" w:w="2088"/>
            <w:tcMar>
              <w:top w:w="100" w:type="dxa"/>
              <w:start w:w="110" w:type="dxa"/>
              <w:bottom w:w="100" w:type="dxa"/>
              <w:end w:w="110" w:type="dxa"/>
            </w:tcMar>
            <w:vAlign w:val="top"/>
          </w:tcPr>
          <w:p>
            <w:r/>
          </w:p>
        </w:tc>
      </w:tr>
    </w:tbl>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Budget assumptions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[Document major assumptions behind the budget.]</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Contingency</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[State whether reserve or contingency funds are available and how they may be used.]</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Reallocation rules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[Define when and how budget may move between channels or initiatives.]</w:t>
            </w:r>
          </w:p>
        </w:tc>
      </w:tr>
    </w:tbl>
    <w:p/>
    <w:p>
      <w:pPr>
        <w:pStyle w:val="Heading1"/>
      </w:pPr>
      <w:r>
        <w:t>12. Measurement &amp; KPI Framework</w:t>
      </w:r>
    </w:p>
    <w:p>
      <w:pPr>
        <w:pStyle w:val="BodyText"/>
      </w:pPr>
      <w:r>
        <w:t>Measurement should connect activity with the objectives established earlier in the plan. Define formulas, data sources, reporting cadence, and decision thresholds before launch when possible.</w:t>
      </w:r>
    </w:p>
    <w:tbl>
      <w:tblPr>
        <w:tblStyle w:val="TableGrid"/>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2088"/>
            <w:shd w:fill="1E5EFF"/>
            <w:tcMar>
              <w:top w:w="120" w:type="dxa"/>
              <w:start w:w="120" w:type="dxa"/>
              <w:bottom w:w="120" w:type="dxa"/>
              <w:end w:w="120" w:type="dxa"/>
            </w:tcMar>
          </w:tcPr>
          <w:p>
            <w:r>
              <w:rPr>
                <w:b/>
                <w:color w:val="FFFFFF"/>
              </w:rPr>
              <w:t>Objective / Question</w:t>
            </w:r>
          </w:p>
        </w:tc>
        <w:tc>
          <w:tcPr>
            <w:tcW w:type="dxa" w:w="1152"/>
            <w:shd w:fill="1E5EFF"/>
            <w:tcMar>
              <w:top w:w="120" w:type="dxa"/>
              <w:start w:w="120" w:type="dxa"/>
              <w:bottom w:w="120" w:type="dxa"/>
              <w:end w:w="120" w:type="dxa"/>
            </w:tcMar>
          </w:tcPr>
          <w:p>
            <w:r>
              <w:rPr>
                <w:b/>
                <w:color w:val="FFFFFF"/>
              </w:rPr>
              <w:t>KPI</w:t>
            </w:r>
          </w:p>
        </w:tc>
        <w:tc>
          <w:tcPr>
            <w:tcW w:type="dxa" w:w="1080"/>
            <w:shd w:fill="1E5EFF"/>
            <w:tcMar>
              <w:top w:w="120" w:type="dxa"/>
              <w:start w:w="120" w:type="dxa"/>
              <w:bottom w:w="120" w:type="dxa"/>
              <w:end w:w="120" w:type="dxa"/>
            </w:tcMar>
          </w:tcPr>
          <w:p>
            <w:r>
              <w:rPr>
                <w:b/>
                <w:color w:val="FFFFFF"/>
              </w:rPr>
              <w:t>Baseline</w:t>
            </w:r>
          </w:p>
        </w:tc>
        <w:tc>
          <w:tcPr>
            <w:tcW w:type="dxa" w:w="1080"/>
            <w:shd w:fill="1E5EFF"/>
            <w:tcMar>
              <w:top w:w="120" w:type="dxa"/>
              <w:start w:w="120" w:type="dxa"/>
              <w:bottom w:w="120" w:type="dxa"/>
              <w:end w:w="120" w:type="dxa"/>
            </w:tcMar>
          </w:tcPr>
          <w:p>
            <w:r>
              <w:rPr>
                <w:b/>
                <w:color w:val="FFFFFF"/>
              </w:rPr>
              <w:t>Target</w:t>
            </w:r>
          </w:p>
        </w:tc>
        <w:tc>
          <w:tcPr>
            <w:tcW w:type="dxa" w:w="1440"/>
            <w:shd w:fill="1E5EFF"/>
            <w:tcMar>
              <w:top w:w="120" w:type="dxa"/>
              <w:start w:w="120" w:type="dxa"/>
              <w:bottom w:w="120" w:type="dxa"/>
              <w:end w:w="120" w:type="dxa"/>
            </w:tcMar>
          </w:tcPr>
          <w:p>
            <w:r>
              <w:rPr>
                <w:b/>
                <w:color w:val="FFFFFF"/>
              </w:rPr>
              <w:t>Data Source</w:t>
            </w:r>
          </w:p>
        </w:tc>
        <w:tc>
          <w:tcPr>
            <w:tcW w:type="dxa" w:w="1440"/>
            <w:shd w:fill="1E5EFF"/>
            <w:tcMar>
              <w:top w:w="120" w:type="dxa"/>
              <w:start w:w="120" w:type="dxa"/>
              <w:bottom w:w="120" w:type="dxa"/>
              <w:end w:w="120" w:type="dxa"/>
            </w:tcMar>
          </w:tcPr>
          <w:p>
            <w:r>
              <w:rPr>
                <w:b/>
                <w:color w:val="FFFFFF"/>
              </w:rPr>
              <w:t>Cadence</w:t>
            </w:r>
          </w:p>
        </w:tc>
        <w:tc>
          <w:tcPr>
            <w:tcW w:type="dxa" w:w="1080"/>
            <w:shd w:fill="1E5EFF"/>
            <w:tcMar>
              <w:top w:w="120" w:type="dxa"/>
              <w:start w:w="120" w:type="dxa"/>
              <w:bottom w:w="120" w:type="dxa"/>
              <w:end w:w="120" w:type="dxa"/>
            </w:tcMar>
          </w:tcPr>
          <w:p>
            <w:r>
              <w:rPr>
                <w:b/>
                <w:color w:val="FFFFFF"/>
              </w:rPr>
              <w:t>Owner</w:t>
            </w:r>
          </w:p>
        </w:tc>
      </w:tr>
      <w:tr>
        <w:tc>
          <w:tcPr>
            <w:tcW w:type="dxa" w:w="2088"/>
            <w:tcMar>
              <w:top w:w="100" w:type="dxa"/>
              <w:start w:w="110" w:type="dxa"/>
              <w:bottom w:w="100" w:type="dxa"/>
              <w:end w:w="110" w:type="dxa"/>
            </w:tcMar>
            <w:vAlign w:val="top"/>
          </w:tcPr>
          <w:p>
            <w:r>
              <w:t>[Objective 1]</w:t>
            </w:r>
          </w:p>
        </w:tc>
        <w:tc>
          <w:tcPr>
            <w:tcW w:type="dxa" w:w="1152"/>
            <w:tcMar>
              <w:top w:w="100" w:type="dxa"/>
              <w:start w:w="110" w:type="dxa"/>
              <w:bottom w:w="100" w:type="dxa"/>
              <w:end w:w="110" w:type="dxa"/>
            </w:tcMar>
            <w:vAlign w:val="top"/>
          </w:tcPr>
          <w:p>
            <w:r>
              <w:t>[KPI]</w:t>
            </w:r>
          </w:p>
        </w:tc>
        <w:tc>
          <w:tcPr>
            <w:tcW w:type="dxa" w:w="1080"/>
            <w:tcMar>
              <w:top w:w="100" w:type="dxa"/>
              <w:start w:w="110" w:type="dxa"/>
              <w:bottom w:w="100" w:type="dxa"/>
              <w:end w:w="110" w:type="dxa"/>
            </w:tcMar>
            <w:vAlign w:val="top"/>
          </w:tcPr>
          <w:p>
            <w:r>
              <w:t>[Baseline]</w:t>
            </w:r>
          </w:p>
        </w:tc>
        <w:tc>
          <w:tcPr>
            <w:tcW w:type="dxa" w:w="1080"/>
            <w:tcMar>
              <w:top w:w="100" w:type="dxa"/>
              <w:start w:w="110" w:type="dxa"/>
              <w:bottom w:w="100" w:type="dxa"/>
              <w:end w:w="110" w:type="dxa"/>
            </w:tcMar>
            <w:vAlign w:val="top"/>
          </w:tcPr>
          <w:p>
            <w:r>
              <w:t>[Target]</w:t>
            </w:r>
          </w:p>
        </w:tc>
        <w:tc>
          <w:tcPr>
            <w:tcW w:type="dxa" w:w="1440"/>
            <w:tcMar>
              <w:top w:w="100" w:type="dxa"/>
              <w:start w:w="110" w:type="dxa"/>
              <w:bottom w:w="100" w:type="dxa"/>
              <w:end w:w="110" w:type="dxa"/>
            </w:tcMar>
            <w:vAlign w:val="top"/>
          </w:tcPr>
          <w:p>
            <w:r>
              <w:t>[Source]</w:t>
            </w:r>
          </w:p>
        </w:tc>
        <w:tc>
          <w:tcPr>
            <w:tcW w:type="dxa" w:w="1440"/>
            <w:tcMar>
              <w:top w:w="100" w:type="dxa"/>
              <w:start w:w="110" w:type="dxa"/>
              <w:bottom w:w="100" w:type="dxa"/>
              <w:end w:w="110" w:type="dxa"/>
            </w:tcMar>
            <w:vAlign w:val="top"/>
          </w:tcPr>
          <w:p>
            <w:r>
              <w:t>[Weekly / Monthly]</w:t>
            </w:r>
          </w:p>
        </w:tc>
        <w:tc>
          <w:tcPr>
            <w:tcW w:type="dxa" w:w="1080"/>
            <w:tcMar>
              <w:top w:w="100" w:type="dxa"/>
              <w:start w:w="110" w:type="dxa"/>
              <w:bottom w:w="100" w:type="dxa"/>
              <w:end w:w="110" w:type="dxa"/>
            </w:tcMar>
            <w:vAlign w:val="top"/>
          </w:tcPr>
          <w:p>
            <w:r>
              <w:t>[Owner]</w:t>
            </w:r>
          </w:p>
        </w:tc>
      </w:tr>
      <w:tr>
        <w:tc>
          <w:tcPr>
            <w:tcW w:type="dxa" w:w="2088"/>
            <w:tcMar>
              <w:top w:w="100" w:type="dxa"/>
              <w:start w:w="110" w:type="dxa"/>
              <w:bottom w:w="100" w:type="dxa"/>
              <w:end w:w="110" w:type="dxa"/>
            </w:tcMar>
            <w:vAlign w:val="top"/>
          </w:tcPr>
          <w:p>
            <w:r>
              <w:t>[Objective 2]</w:t>
            </w:r>
          </w:p>
        </w:tc>
        <w:tc>
          <w:tcPr>
            <w:tcW w:type="dxa" w:w="1152"/>
            <w:tcMar>
              <w:top w:w="100" w:type="dxa"/>
              <w:start w:w="110" w:type="dxa"/>
              <w:bottom w:w="100" w:type="dxa"/>
              <w:end w:w="110" w:type="dxa"/>
            </w:tcMar>
            <w:vAlign w:val="top"/>
          </w:tcPr>
          <w:p>
            <w:r>
              <w:t>[KPI]</w:t>
            </w:r>
          </w:p>
        </w:tc>
        <w:tc>
          <w:tcPr>
            <w:tcW w:type="dxa" w:w="1080"/>
            <w:tcMar>
              <w:top w:w="100" w:type="dxa"/>
              <w:start w:w="110" w:type="dxa"/>
              <w:bottom w:w="100" w:type="dxa"/>
              <w:end w:w="110" w:type="dxa"/>
            </w:tcMar>
            <w:vAlign w:val="top"/>
          </w:tcPr>
          <w:p>
            <w:r>
              <w:t>[Baseline]</w:t>
            </w:r>
          </w:p>
        </w:tc>
        <w:tc>
          <w:tcPr>
            <w:tcW w:type="dxa" w:w="1080"/>
            <w:tcMar>
              <w:top w:w="100" w:type="dxa"/>
              <w:start w:w="110" w:type="dxa"/>
              <w:bottom w:w="100" w:type="dxa"/>
              <w:end w:w="110" w:type="dxa"/>
            </w:tcMar>
            <w:vAlign w:val="top"/>
          </w:tcPr>
          <w:p>
            <w:r>
              <w:t>[Target]</w:t>
            </w:r>
          </w:p>
        </w:tc>
        <w:tc>
          <w:tcPr>
            <w:tcW w:type="dxa" w:w="1440"/>
            <w:tcMar>
              <w:top w:w="100" w:type="dxa"/>
              <w:start w:w="110" w:type="dxa"/>
              <w:bottom w:w="100" w:type="dxa"/>
              <w:end w:w="110" w:type="dxa"/>
            </w:tcMar>
            <w:vAlign w:val="top"/>
          </w:tcPr>
          <w:p>
            <w:r>
              <w:t>[Source]</w:t>
            </w:r>
          </w:p>
        </w:tc>
        <w:tc>
          <w:tcPr>
            <w:tcW w:type="dxa" w:w="1440"/>
            <w:tcMar>
              <w:top w:w="100" w:type="dxa"/>
              <w:start w:w="110" w:type="dxa"/>
              <w:bottom w:w="100" w:type="dxa"/>
              <w:end w:w="110" w:type="dxa"/>
            </w:tcMar>
            <w:vAlign w:val="top"/>
          </w:tcPr>
          <w:p>
            <w:r>
              <w:t>[Weekly / Monthly]</w:t>
            </w:r>
          </w:p>
        </w:tc>
        <w:tc>
          <w:tcPr>
            <w:tcW w:type="dxa" w:w="1080"/>
            <w:tcMar>
              <w:top w:w="100" w:type="dxa"/>
              <w:start w:w="110" w:type="dxa"/>
              <w:bottom w:w="100" w:type="dxa"/>
              <w:end w:w="110" w:type="dxa"/>
            </w:tcMar>
            <w:vAlign w:val="top"/>
          </w:tcPr>
          <w:p>
            <w:r>
              <w:t>[Owner]</w:t>
            </w:r>
          </w:p>
        </w:tc>
      </w:tr>
      <w:tr>
        <w:tc>
          <w:tcPr>
            <w:tcW w:type="dxa" w:w="2088"/>
            <w:tcMar>
              <w:top w:w="100" w:type="dxa"/>
              <w:start w:w="110" w:type="dxa"/>
              <w:bottom w:w="100" w:type="dxa"/>
              <w:end w:w="110" w:type="dxa"/>
            </w:tcMar>
            <w:vAlign w:val="top"/>
          </w:tcPr>
          <w:p>
            <w:r>
              <w:t>[Objective 3]</w:t>
            </w:r>
          </w:p>
        </w:tc>
        <w:tc>
          <w:tcPr>
            <w:tcW w:type="dxa" w:w="1152"/>
            <w:tcMar>
              <w:top w:w="100" w:type="dxa"/>
              <w:start w:w="110" w:type="dxa"/>
              <w:bottom w:w="100" w:type="dxa"/>
              <w:end w:w="110" w:type="dxa"/>
            </w:tcMar>
            <w:vAlign w:val="top"/>
          </w:tcPr>
          <w:p>
            <w:r>
              <w:t>[KPI]</w:t>
            </w:r>
          </w:p>
        </w:tc>
        <w:tc>
          <w:tcPr>
            <w:tcW w:type="dxa" w:w="1080"/>
            <w:tcMar>
              <w:top w:w="100" w:type="dxa"/>
              <w:start w:w="110" w:type="dxa"/>
              <w:bottom w:w="100" w:type="dxa"/>
              <w:end w:w="110" w:type="dxa"/>
            </w:tcMar>
            <w:vAlign w:val="top"/>
          </w:tcPr>
          <w:p>
            <w:r>
              <w:t>[Baseline]</w:t>
            </w:r>
          </w:p>
        </w:tc>
        <w:tc>
          <w:tcPr>
            <w:tcW w:type="dxa" w:w="1080"/>
            <w:tcMar>
              <w:top w:w="100" w:type="dxa"/>
              <w:start w:w="110" w:type="dxa"/>
              <w:bottom w:w="100" w:type="dxa"/>
              <w:end w:w="110" w:type="dxa"/>
            </w:tcMar>
            <w:vAlign w:val="top"/>
          </w:tcPr>
          <w:p>
            <w:r>
              <w:t>[Target]</w:t>
            </w:r>
          </w:p>
        </w:tc>
        <w:tc>
          <w:tcPr>
            <w:tcW w:type="dxa" w:w="1440"/>
            <w:tcMar>
              <w:top w:w="100" w:type="dxa"/>
              <w:start w:w="110" w:type="dxa"/>
              <w:bottom w:w="100" w:type="dxa"/>
              <w:end w:w="110" w:type="dxa"/>
            </w:tcMar>
            <w:vAlign w:val="top"/>
          </w:tcPr>
          <w:p>
            <w:r>
              <w:t>[Source]</w:t>
            </w:r>
          </w:p>
        </w:tc>
        <w:tc>
          <w:tcPr>
            <w:tcW w:type="dxa" w:w="1440"/>
            <w:tcMar>
              <w:top w:w="100" w:type="dxa"/>
              <w:start w:w="110" w:type="dxa"/>
              <w:bottom w:w="100" w:type="dxa"/>
              <w:end w:w="110" w:type="dxa"/>
            </w:tcMar>
            <w:vAlign w:val="top"/>
          </w:tcPr>
          <w:p>
            <w:r>
              <w:t>[Weekly / Monthly]</w:t>
            </w:r>
          </w:p>
        </w:tc>
        <w:tc>
          <w:tcPr>
            <w:tcW w:type="dxa" w:w="1080"/>
            <w:tcMar>
              <w:top w:w="100" w:type="dxa"/>
              <w:start w:w="110" w:type="dxa"/>
              <w:bottom w:w="100" w:type="dxa"/>
              <w:end w:w="110" w:type="dxa"/>
            </w:tcMar>
            <w:vAlign w:val="top"/>
          </w:tcPr>
          <w:p>
            <w:r>
              <w:t>[Owner]</w:t>
            </w:r>
          </w:p>
        </w:tc>
      </w:tr>
    </w:tbl>
    <w:p/>
    <w:p>
      <w:pPr>
        <w:jc w:val="center"/>
      </w:pPr>
      <w:r>
        <w:drawing>
          <wp:inline xmlns:a="http://schemas.openxmlformats.org/drawingml/2006/main" xmlns:pic="http://schemas.openxmlformats.org/drawingml/2006/picture">
            <wp:extent cx="3383280" cy="1903095"/>
            <wp:docPr id="6" name="Picture 6" descr="Image: AAMA_Performance_Chart_Placeholder.png"/>
            <wp:cNvGraphicFramePr>
              <a:graphicFrameLocks noChangeAspect="1"/>
            </wp:cNvGraphicFramePr>
            <a:graphic>
              <a:graphicData uri="http://schemas.openxmlformats.org/drawingml/2006/picture">
                <pic:pic>
                  <pic:nvPicPr>
                    <pic:cNvPr id="0" name="AAMA_Performance_Chart_Placeholder.png"/>
                    <pic:cNvPicPr/>
                  </pic:nvPicPr>
                  <pic:blipFill>
                    <a:blip r:embed="rId16"/>
                    <a:stretch>
                      <a:fillRect/>
                    </a:stretch>
                  </pic:blipFill>
                  <pic:spPr>
                    <a:xfrm>
                      <a:off x="0" y="0"/>
                      <a:ext cx="3383280" cy="1903095"/>
                    </a:xfrm>
                    <a:prstGeom prst="rect"/>
                  </pic:spPr>
                </pic:pic>
              </a:graphicData>
            </a:graphic>
          </wp:inline>
        </w:drawing>
      </w:r>
    </w:p>
    <w:p>
      <w:pPr>
        <w:pStyle w:val="Caption"/>
        <w:jc w:val="center"/>
      </w:pPr>
      <w:r>
        <w:t>[Replace with KPI dashboard, chart, or performance visualization]</w:t>
      </w:r>
    </w:p>
    <w:p>
      <w:pPr>
        <w:pStyle w:val="Heading2"/>
      </w:pPr>
      <w:r>
        <w:t>Measurement Notes</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Attribution approach</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[Document how marketing activity will receive credit for outcomes.]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Tracking requirements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[List analytics, CRM, UTM, platform, offline, or other tracking requirements.]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Data limitations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[Identify known measurement gaps or uncertainties.]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Decision thresholds</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[Define the performance levels that would trigger optimization, budget changes, or strategic review.]</w:t>
            </w:r>
          </w:p>
        </w:tc>
      </w:tr>
    </w:tbl>
    <w:p/>
    <w:p>
      <w:pPr>
        <w:pStyle w:val="Heading1"/>
      </w:pPr>
      <w:r>
        <w:t>13. Testing &amp; Optimization Plan</w:t>
      </w:r>
    </w:p>
    <w:p>
      <w:pPr>
        <w:pStyle w:val="BodyText"/>
      </w:pPr>
      <w:r>
        <w:t>Testing should answer decisions that matter. Prioritize tests that can change creative, audience, offer, channel, landing-page, budget, or customer-experience choices rather than testing simply because experimentation is available.</w:t>
      </w:r>
    </w:p>
    <w:tbl>
      <w:tblPr>
        <w:tblStyle w:val="TableGrid"/>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3024"/>
            <w:shd w:fill="1E5EFF"/>
            <w:tcMar>
              <w:top w:w="120" w:type="dxa"/>
              <w:start w:w="120" w:type="dxa"/>
              <w:bottom w:w="120" w:type="dxa"/>
              <w:end w:w="120" w:type="dxa"/>
            </w:tcMar>
          </w:tcPr>
          <w:p>
            <w:r>
              <w:rPr>
                <w:b/>
                <w:color w:val="FFFFFF"/>
              </w:rPr>
              <w:t>Hypothesis</w:t>
            </w:r>
          </w:p>
        </w:tc>
        <w:tc>
          <w:tcPr>
            <w:tcW w:type="dxa" w:w="1440"/>
            <w:shd w:fill="1E5EFF"/>
            <w:tcMar>
              <w:top w:w="120" w:type="dxa"/>
              <w:start w:w="120" w:type="dxa"/>
              <w:bottom w:w="120" w:type="dxa"/>
              <w:end w:w="120" w:type="dxa"/>
            </w:tcMar>
          </w:tcPr>
          <w:p>
            <w:r>
              <w:rPr>
                <w:b/>
                <w:color w:val="FFFFFF"/>
              </w:rPr>
              <w:t>Variable</w:t>
            </w:r>
          </w:p>
        </w:tc>
        <w:tc>
          <w:tcPr>
            <w:tcW w:type="dxa" w:w="1440"/>
            <w:shd w:fill="1E5EFF"/>
            <w:tcMar>
              <w:top w:w="120" w:type="dxa"/>
              <w:start w:w="120" w:type="dxa"/>
              <w:bottom w:w="120" w:type="dxa"/>
              <w:end w:w="120" w:type="dxa"/>
            </w:tcMar>
          </w:tcPr>
          <w:p>
            <w:r>
              <w:rPr>
                <w:b/>
                <w:color w:val="FFFFFF"/>
              </w:rPr>
              <w:t>Primary Metric</w:t>
            </w:r>
          </w:p>
        </w:tc>
        <w:tc>
          <w:tcPr>
            <w:tcW w:type="dxa" w:w="2088"/>
            <w:shd w:fill="1E5EFF"/>
            <w:tcMar>
              <w:top w:w="120" w:type="dxa"/>
              <w:start w:w="120" w:type="dxa"/>
              <w:bottom w:w="120" w:type="dxa"/>
              <w:end w:w="120" w:type="dxa"/>
            </w:tcMar>
          </w:tcPr>
          <w:p>
            <w:r>
              <w:rPr>
                <w:b/>
                <w:color w:val="FFFFFF"/>
              </w:rPr>
              <w:t>Decision Rule</w:t>
            </w:r>
          </w:p>
        </w:tc>
        <w:tc>
          <w:tcPr>
            <w:tcW w:type="dxa" w:w="1224"/>
            <w:shd w:fill="1E5EFF"/>
            <w:tcMar>
              <w:top w:w="120" w:type="dxa"/>
              <w:start w:w="120" w:type="dxa"/>
              <w:bottom w:w="120" w:type="dxa"/>
              <w:end w:w="120" w:type="dxa"/>
            </w:tcMar>
          </w:tcPr>
          <w:p>
            <w:r>
              <w:rPr>
                <w:b/>
                <w:color w:val="FFFFFF"/>
              </w:rPr>
              <w:t>Timing</w:t>
            </w:r>
          </w:p>
        </w:tc>
        <w:tc>
          <w:tcPr>
            <w:tcW w:type="dxa" w:w="1008"/>
            <w:shd w:fill="1E5EFF"/>
            <w:tcMar>
              <w:top w:w="120" w:type="dxa"/>
              <w:start w:w="120" w:type="dxa"/>
              <w:bottom w:w="120" w:type="dxa"/>
              <w:end w:w="120" w:type="dxa"/>
            </w:tcMar>
          </w:tcPr>
          <w:p>
            <w:r>
              <w:rPr>
                <w:b/>
                <w:color w:val="FFFFFF"/>
              </w:rPr>
              <w:t>Status</w:t>
            </w:r>
          </w:p>
        </w:tc>
      </w:tr>
      <w:tr>
        <w:tc>
          <w:tcPr>
            <w:tcW w:type="dxa" w:w="3024"/>
            <w:tcMar>
              <w:top w:w="100" w:type="dxa"/>
              <w:start w:w="110" w:type="dxa"/>
              <w:bottom w:w="100" w:type="dxa"/>
              <w:end w:w="110" w:type="dxa"/>
            </w:tcMar>
            <w:vAlign w:val="top"/>
          </w:tcPr>
          <w:p>
            <w:r>
              <w:t>[If we change X, we expect Y because Z.]</w:t>
            </w:r>
          </w:p>
        </w:tc>
        <w:tc>
          <w:tcPr>
            <w:tcW w:type="dxa" w:w="1440"/>
            <w:tcMar>
              <w:top w:w="100" w:type="dxa"/>
              <w:start w:w="110" w:type="dxa"/>
              <w:bottom w:w="100" w:type="dxa"/>
              <w:end w:w="110" w:type="dxa"/>
            </w:tcMar>
            <w:vAlign w:val="top"/>
          </w:tcPr>
          <w:p>
            <w:r>
              <w:t>[Variable]</w:t>
            </w:r>
          </w:p>
        </w:tc>
        <w:tc>
          <w:tcPr>
            <w:tcW w:type="dxa" w:w="1440"/>
            <w:tcMar>
              <w:top w:w="100" w:type="dxa"/>
              <w:start w:w="110" w:type="dxa"/>
              <w:bottom w:w="100" w:type="dxa"/>
              <w:end w:w="110" w:type="dxa"/>
            </w:tcMar>
            <w:vAlign w:val="top"/>
          </w:tcPr>
          <w:p>
            <w:r>
              <w:t>[Metric]</w:t>
            </w:r>
          </w:p>
        </w:tc>
        <w:tc>
          <w:tcPr>
            <w:tcW w:type="dxa" w:w="2088"/>
            <w:tcMar>
              <w:top w:w="100" w:type="dxa"/>
              <w:start w:w="110" w:type="dxa"/>
              <w:bottom w:w="100" w:type="dxa"/>
              <w:end w:w="110" w:type="dxa"/>
            </w:tcMar>
            <w:vAlign w:val="top"/>
          </w:tcPr>
          <w:p>
            <w:r>
              <w:t>[What result changes the decision?]</w:t>
            </w:r>
          </w:p>
        </w:tc>
        <w:tc>
          <w:tcPr>
            <w:tcW w:type="dxa" w:w="1224"/>
            <w:tcMar>
              <w:top w:w="100" w:type="dxa"/>
              <w:start w:w="110" w:type="dxa"/>
              <w:bottom w:w="100" w:type="dxa"/>
              <w:end w:w="110" w:type="dxa"/>
            </w:tcMar>
            <w:vAlign w:val="top"/>
          </w:tcPr>
          <w:p>
            <w:r>
              <w:t>[Dates]</w:t>
            </w:r>
          </w:p>
        </w:tc>
        <w:tc>
          <w:tcPr>
            <w:tcW w:type="dxa" w:w="1008"/>
            <w:tcMar>
              <w:top w:w="100" w:type="dxa"/>
              <w:start w:w="110" w:type="dxa"/>
              <w:bottom w:w="100" w:type="dxa"/>
              <w:end w:w="110" w:type="dxa"/>
            </w:tcMar>
            <w:vAlign w:val="top"/>
          </w:tcPr>
          <w:p>
            <w:r>
              <w:t>[Planned]</w:t>
            </w:r>
          </w:p>
        </w:tc>
      </w:tr>
      <w:tr>
        <w:tc>
          <w:tcPr>
            <w:tcW w:type="dxa" w:w="3024"/>
            <w:tcMar>
              <w:top w:w="100" w:type="dxa"/>
              <w:start w:w="110" w:type="dxa"/>
              <w:bottom w:w="100" w:type="dxa"/>
              <w:end w:w="110" w:type="dxa"/>
            </w:tcMar>
            <w:vAlign w:val="top"/>
          </w:tcPr>
          <w:p>
            <w:r>
              <w:t>[Hypothesis]</w:t>
            </w:r>
          </w:p>
        </w:tc>
        <w:tc>
          <w:tcPr>
            <w:tcW w:type="dxa" w:w="1440"/>
            <w:tcMar>
              <w:top w:w="100" w:type="dxa"/>
              <w:start w:w="110" w:type="dxa"/>
              <w:bottom w:w="100" w:type="dxa"/>
              <w:end w:w="110" w:type="dxa"/>
            </w:tcMar>
            <w:vAlign w:val="top"/>
          </w:tcPr>
          <w:p>
            <w:r>
              <w:t>[Variable]</w:t>
            </w:r>
          </w:p>
        </w:tc>
        <w:tc>
          <w:tcPr>
            <w:tcW w:type="dxa" w:w="1440"/>
            <w:tcMar>
              <w:top w:w="100" w:type="dxa"/>
              <w:start w:w="110" w:type="dxa"/>
              <w:bottom w:w="100" w:type="dxa"/>
              <w:end w:w="110" w:type="dxa"/>
            </w:tcMar>
            <w:vAlign w:val="top"/>
          </w:tcPr>
          <w:p>
            <w:r>
              <w:t>[Metric]</w:t>
            </w:r>
          </w:p>
        </w:tc>
        <w:tc>
          <w:tcPr>
            <w:tcW w:type="dxa" w:w="2088"/>
            <w:tcMar>
              <w:top w:w="100" w:type="dxa"/>
              <w:start w:w="110" w:type="dxa"/>
              <w:bottom w:w="100" w:type="dxa"/>
              <w:end w:w="110" w:type="dxa"/>
            </w:tcMar>
            <w:vAlign w:val="top"/>
          </w:tcPr>
          <w:p>
            <w:r>
              <w:t>[Decision rule]</w:t>
            </w:r>
          </w:p>
        </w:tc>
        <w:tc>
          <w:tcPr>
            <w:tcW w:type="dxa" w:w="1224"/>
            <w:tcMar>
              <w:top w:w="100" w:type="dxa"/>
              <w:start w:w="110" w:type="dxa"/>
              <w:bottom w:w="100" w:type="dxa"/>
              <w:end w:w="110" w:type="dxa"/>
            </w:tcMar>
            <w:vAlign w:val="top"/>
          </w:tcPr>
          <w:p>
            <w:r>
              <w:t>[Dates]</w:t>
            </w:r>
          </w:p>
        </w:tc>
        <w:tc>
          <w:tcPr>
            <w:tcW w:type="dxa" w:w="1008"/>
            <w:tcMar>
              <w:top w:w="100" w:type="dxa"/>
              <w:start w:w="110" w:type="dxa"/>
              <w:bottom w:w="100" w:type="dxa"/>
              <w:end w:w="110" w:type="dxa"/>
            </w:tcMar>
            <w:vAlign w:val="top"/>
          </w:tcPr>
          <w:p>
            <w:r>
              <w:t>[Planned]</w:t>
            </w:r>
          </w:p>
        </w:tc>
      </w:tr>
      <w:tr>
        <w:tc>
          <w:tcPr>
            <w:tcW w:type="dxa" w:w="3024"/>
            <w:tcMar>
              <w:top w:w="100" w:type="dxa"/>
              <w:start w:w="110" w:type="dxa"/>
              <w:bottom w:w="100" w:type="dxa"/>
              <w:end w:w="110" w:type="dxa"/>
            </w:tcMar>
            <w:vAlign w:val="top"/>
          </w:tcPr>
          <w:p>
            <w:r>
              <w:t>[Hypothesis]</w:t>
            </w:r>
          </w:p>
        </w:tc>
        <w:tc>
          <w:tcPr>
            <w:tcW w:type="dxa" w:w="1440"/>
            <w:tcMar>
              <w:top w:w="100" w:type="dxa"/>
              <w:start w:w="110" w:type="dxa"/>
              <w:bottom w:w="100" w:type="dxa"/>
              <w:end w:w="110" w:type="dxa"/>
            </w:tcMar>
            <w:vAlign w:val="top"/>
          </w:tcPr>
          <w:p>
            <w:r>
              <w:t>[Variable]</w:t>
            </w:r>
          </w:p>
        </w:tc>
        <w:tc>
          <w:tcPr>
            <w:tcW w:type="dxa" w:w="1440"/>
            <w:tcMar>
              <w:top w:w="100" w:type="dxa"/>
              <w:start w:w="110" w:type="dxa"/>
              <w:bottom w:w="100" w:type="dxa"/>
              <w:end w:w="110" w:type="dxa"/>
            </w:tcMar>
            <w:vAlign w:val="top"/>
          </w:tcPr>
          <w:p>
            <w:r>
              <w:t>[Metric]</w:t>
            </w:r>
          </w:p>
        </w:tc>
        <w:tc>
          <w:tcPr>
            <w:tcW w:type="dxa" w:w="2088"/>
            <w:tcMar>
              <w:top w:w="100" w:type="dxa"/>
              <w:start w:w="110" w:type="dxa"/>
              <w:bottom w:w="100" w:type="dxa"/>
              <w:end w:w="110" w:type="dxa"/>
            </w:tcMar>
            <w:vAlign w:val="top"/>
          </w:tcPr>
          <w:p>
            <w:r>
              <w:t>[Decision rule]</w:t>
            </w:r>
          </w:p>
        </w:tc>
        <w:tc>
          <w:tcPr>
            <w:tcW w:type="dxa" w:w="1224"/>
            <w:tcMar>
              <w:top w:w="100" w:type="dxa"/>
              <w:start w:w="110" w:type="dxa"/>
              <w:bottom w:w="100" w:type="dxa"/>
              <w:end w:w="110" w:type="dxa"/>
            </w:tcMar>
            <w:vAlign w:val="top"/>
          </w:tcPr>
          <w:p>
            <w:r>
              <w:t>[Dates]</w:t>
            </w:r>
          </w:p>
        </w:tc>
        <w:tc>
          <w:tcPr>
            <w:tcW w:type="dxa" w:w="1008"/>
            <w:tcMar>
              <w:top w:w="100" w:type="dxa"/>
              <w:start w:w="110" w:type="dxa"/>
              <w:bottom w:w="100" w:type="dxa"/>
              <w:end w:w="110" w:type="dxa"/>
            </w:tcMar>
            <w:vAlign w:val="top"/>
          </w:tcPr>
          <w:p>
            <w:r>
              <w:t>[Planned]</w:t>
            </w:r>
          </w:p>
        </w:tc>
      </w:tr>
    </w:tbl>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3096"/>
            <w:shd w:fill="1E5EFF"/>
            <w:tcMar>
              <w:top w:w="120" w:type="dxa"/>
              <w:start w:w="120" w:type="dxa"/>
              <w:bottom w:w="120" w:type="dxa"/>
              <w:end w:w="120" w:type="dxa"/>
            </w:tcMar>
          </w:tcPr>
          <w:p>
            <w:r>
              <w:rPr>
                <w:b/>
                <w:color w:val="FFFFFF"/>
              </w:rPr>
              <w:t>Planning Prompt</w:t>
            </w:r>
          </w:p>
        </w:tc>
        <w:tc>
          <w:tcPr>
            <w:tcW w:type="dxa" w:w="6696"/>
            <w:shd w:fill="1E5EFF"/>
            <w:tcMar>
              <w:top w:w="120" w:type="dxa"/>
              <w:start w:w="120" w:type="dxa"/>
              <w:bottom w:w="120" w:type="dxa"/>
              <w:end w:w="120" w:type="dxa"/>
            </w:tcMar>
          </w:tcPr>
          <w:p>
            <w:r>
              <w:rPr>
                <w:b/>
                <w:color w:val="FFFFFF"/>
              </w:rPr>
              <w:t>Response / Working Notes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Optimization cadence</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[How often will performance be reviewed and who can authorize changes?]</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Protected learning period</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[If relevant, define how long campaigns should run before routine optimization.]</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Scale criteria</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evidence would justify increased investment?]</w:t>
            </w:r>
          </w:p>
        </w:tc>
      </w:tr>
      <w:tr>
        <w:tc>
          <w:tcPr>
            <w:tcW w:type="dxa" w:w="3096"/>
            <w:shd w:fill="F3F5F7"/>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Stop / revise criteria</w:t>
            </w:r>
          </w:p>
        </w:tc>
        <w:tc>
          <w:tcPr>
            <w:tcW w:type="dxa" w:w="6696"/>
            <w:tcMar>
              <w:top w:w="105" w:type="dxa"/>
              <w:start w:w="130" w:type="dxa"/>
              <w:bottom w:w="105" w:type="dxa"/>
              <w:end w:w="130" w:type="dxa"/>
            </w:tcMar>
            <w:tcBorders>
              <w:top w:val="single" w:sz="4" w:color="D9DDE3"/>
              <w:left w:val="single" w:sz="4" w:color="D9DDE3"/>
              <w:bottom w:val="single" w:sz="4" w:color="D9DDE3"/>
              <w:right w:val="single" w:sz="4" w:color="D9DDE3"/>
            </w:tcBorders>
            <w:vAlign w:val="top"/>
          </w:tcPr>
          <w:p>
            <w:r>
              <w:t>[What evidence would justify pausing, replacing, or materially changing an initiative?]</w:t>
            </w:r>
          </w:p>
        </w:tc>
      </w:tr>
    </w:tbl>
    <w:p/>
    <w:p>
      <w:pPr>
        <w:pStyle w:val="Heading1"/>
      </w:pPr>
      <w:r>
        <w:t>14. Risks, Dependencies &amp; Governance</w:t>
      </w:r>
    </w:p>
    <w:p>
      <w:pPr>
        <w:pStyle w:val="BodyText"/>
      </w:pPr>
      <w:r>
        <w:t>Identify conditions that could prevent the plan from working as intended. Include operational, financial, regulatory, reputational, creative, measurement, and market risks when they are material.</w:t>
      </w:r>
    </w:p>
    <w:tbl>
      <w:tblPr>
        <w:tblStyle w:val="TableGrid"/>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2160"/>
            <w:shd w:fill="1E5EFF"/>
            <w:tcMar>
              <w:top w:w="120" w:type="dxa"/>
              <w:start w:w="120" w:type="dxa"/>
              <w:bottom w:w="120" w:type="dxa"/>
              <w:end w:w="120" w:type="dxa"/>
            </w:tcMar>
          </w:tcPr>
          <w:p>
            <w:r>
              <w:rPr>
                <w:b/>
                <w:color w:val="FFFFFF"/>
              </w:rPr>
              <w:t>Risk / Dependency</w:t>
            </w:r>
          </w:p>
        </w:tc>
        <w:tc>
          <w:tcPr>
            <w:tcW w:type="dxa" w:w="1440"/>
            <w:shd w:fill="1E5EFF"/>
            <w:tcMar>
              <w:top w:w="120" w:type="dxa"/>
              <w:start w:w="120" w:type="dxa"/>
              <w:bottom w:w="120" w:type="dxa"/>
              <w:end w:w="120" w:type="dxa"/>
            </w:tcMar>
          </w:tcPr>
          <w:p>
            <w:r>
              <w:rPr>
                <w:b/>
                <w:color w:val="FFFFFF"/>
              </w:rPr>
              <w:t>Likelihood</w:t>
            </w:r>
          </w:p>
        </w:tc>
        <w:tc>
          <w:tcPr>
            <w:tcW w:type="dxa" w:w="1440"/>
            <w:shd w:fill="1E5EFF"/>
            <w:tcMar>
              <w:top w:w="120" w:type="dxa"/>
              <w:start w:w="120" w:type="dxa"/>
              <w:bottom w:w="120" w:type="dxa"/>
              <w:end w:w="120" w:type="dxa"/>
            </w:tcMar>
          </w:tcPr>
          <w:p>
            <w:r>
              <w:rPr>
                <w:b/>
                <w:color w:val="FFFFFF"/>
              </w:rPr>
              <w:t>Impact</w:t>
            </w:r>
          </w:p>
        </w:tc>
        <w:tc>
          <w:tcPr>
            <w:tcW w:type="dxa" w:w="3528"/>
            <w:shd w:fill="1E5EFF"/>
            <w:tcMar>
              <w:top w:w="120" w:type="dxa"/>
              <w:start w:w="120" w:type="dxa"/>
              <w:bottom w:w="120" w:type="dxa"/>
              <w:end w:w="120" w:type="dxa"/>
            </w:tcMar>
          </w:tcPr>
          <w:p>
            <w:r>
              <w:rPr>
                <w:b/>
                <w:color w:val="FFFFFF"/>
              </w:rPr>
              <w:t>Mitigation / Response</w:t>
            </w:r>
          </w:p>
        </w:tc>
        <w:tc>
          <w:tcPr>
            <w:tcW w:type="dxa" w:w="1080"/>
            <w:shd w:fill="1E5EFF"/>
            <w:tcMar>
              <w:top w:w="120" w:type="dxa"/>
              <w:start w:w="120" w:type="dxa"/>
              <w:bottom w:w="120" w:type="dxa"/>
              <w:end w:w="120" w:type="dxa"/>
            </w:tcMar>
          </w:tcPr>
          <w:p>
            <w:r>
              <w:rPr>
                <w:b/>
                <w:color w:val="FFFFFF"/>
              </w:rPr>
              <w:t>Owner</w:t>
            </w:r>
          </w:p>
        </w:tc>
      </w:tr>
      <w:tr>
        <w:tc>
          <w:tcPr>
            <w:tcW w:type="dxa" w:w="2160"/>
            <w:tcMar>
              <w:top w:w="100" w:type="dxa"/>
              <w:start w:w="110" w:type="dxa"/>
              <w:bottom w:w="100" w:type="dxa"/>
              <w:end w:w="110" w:type="dxa"/>
            </w:tcMar>
            <w:vAlign w:val="top"/>
          </w:tcPr>
          <w:p>
            <w:r>
              <w:t>[Risk 1]</w:t>
            </w:r>
          </w:p>
        </w:tc>
        <w:tc>
          <w:tcPr>
            <w:tcW w:type="dxa" w:w="1440"/>
            <w:tcMar>
              <w:top w:w="100" w:type="dxa"/>
              <w:start w:w="110" w:type="dxa"/>
              <w:bottom w:w="100" w:type="dxa"/>
              <w:end w:w="110" w:type="dxa"/>
            </w:tcMar>
            <w:vAlign w:val="top"/>
          </w:tcPr>
          <w:p>
            <w:r>
              <w:t>[Low / Med / High]</w:t>
            </w:r>
          </w:p>
        </w:tc>
        <w:tc>
          <w:tcPr>
            <w:tcW w:type="dxa" w:w="1440"/>
            <w:tcMar>
              <w:top w:w="100" w:type="dxa"/>
              <w:start w:w="110" w:type="dxa"/>
              <w:bottom w:w="100" w:type="dxa"/>
              <w:end w:w="110" w:type="dxa"/>
            </w:tcMar>
            <w:vAlign w:val="top"/>
          </w:tcPr>
          <w:p>
            <w:r>
              <w:t>[Low / Med / High]</w:t>
            </w:r>
          </w:p>
        </w:tc>
        <w:tc>
          <w:tcPr>
            <w:tcW w:type="dxa" w:w="3528"/>
            <w:tcMar>
              <w:top w:w="100" w:type="dxa"/>
              <w:start w:w="110" w:type="dxa"/>
              <w:bottom w:w="100" w:type="dxa"/>
              <w:end w:w="110" w:type="dxa"/>
            </w:tcMar>
            <w:vAlign w:val="top"/>
          </w:tcPr>
          <w:p>
            <w:r>
              <w:t>[Mitigation]</w:t>
            </w:r>
          </w:p>
        </w:tc>
        <w:tc>
          <w:tcPr>
            <w:tcW w:type="dxa" w:w="1080"/>
            <w:tcMar>
              <w:top w:w="100" w:type="dxa"/>
              <w:start w:w="110" w:type="dxa"/>
              <w:bottom w:w="100" w:type="dxa"/>
              <w:end w:w="110" w:type="dxa"/>
            </w:tcMar>
            <w:vAlign w:val="top"/>
          </w:tcPr>
          <w:p>
            <w:r>
              <w:t>[Owner]</w:t>
            </w:r>
          </w:p>
        </w:tc>
      </w:tr>
      <w:tr>
        <w:tc>
          <w:tcPr>
            <w:tcW w:type="dxa" w:w="2160"/>
            <w:tcMar>
              <w:top w:w="100" w:type="dxa"/>
              <w:start w:w="110" w:type="dxa"/>
              <w:bottom w:w="100" w:type="dxa"/>
              <w:end w:w="110" w:type="dxa"/>
            </w:tcMar>
            <w:vAlign w:val="top"/>
          </w:tcPr>
          <w:p>
            <w:r>
              <w:t>[Risk 2]</w:t>
            </w:r>
          </w:p>
        </w:tc>
        <w:tc>
          <w:tcPr>
            <w:tcW w:type="dxa" w:w="1440"/>
            <w:tcMar>
              <w:top w:w="100" w:type="dxa"/>
              <w:start w:w="110" w:type="dxa"/>
              <w:bottom w:w="100" w:type="dxa"/>
              <w:end w:w="110" w:type="dxa"/>
            </w:tcMar>
            <w:vAlign w:val="top"/>
          </w:tcPr>
          <w:p>
            <w:r>
              <w:t>[Low / Med / High]</w:t>
            </w:r>
          </w:p>
        </w:tc>
        <w:tc>
          <w:tcPr>
            <w:tcW w:type="dxa" w:w="1440"/>
            <w:tcMar>
              <w:top w:w="100" w:type="dxa"/>
              <w:start w:w="110" w:type="dxa"/>
              <w:bottom w:w="100" w:type="dxa"/>
              <w:end w:w="110" w:type="dxa"/>
            </w:tcMar>
            <w:vAlign w:val="top"/>
          </w:tcPr>
          <w:p>
            <w:r>
              <w:t>[Low / Med / High]</w:t>
            </w:r>
          </w:p>
        </w:tc>
        <w:tc>
          <w:tcPr>
            <w:tcW w:type="dxa" w:w="3528"/>
            <w:tcMar>
              <w:top w:w="100" w:type="dxa"/>
              <w:start w:w="110" w:type="dxa"/>
              <w:bottom w:w="100" w:type="dxa"/>
              <w:end w:w="110" w:type="dxa"/>
            </w:tcMar>
            <w:vAlign w:val="top"/>
          </w:tcPr>
          <w:p>
            <w:r>
              <w:t>[Mitigation]</w:t>
            </w:r>
          </w:p>
        </w:tc>
        <w:tc>
          <w:tcPr>
            <w:tcW w:type="dxa" w:w="1080"/>
            <w:tcMar>
              <w:top w:w="100" w:type="dxa"/>
              <w:start w:w="110" w:type="dxa"/>
              <w:bottom w:w="100" w:type="dxa"/>
              <w:end w:w="110" w:type="dxa"/>
            </w:tcMar>
            <w:vAlign w:val="top"/>
          </w:tcPr>
          <w:p>
            <w:r>
              <w:t>[Owner]</w:t>
            </w:r>
          </w:p>
        </w:tc>
      </w:tr>
      <w:tr>
        <w:tc>
          <w:tcPr>
            <w:tcW w:type="dxa" w:w="2160"/>
            <w:tcMar>
              <w:top w:w="100" w:type="dxa"/>
              <w:start w:w="110" w:type="dxa"/>
              <w:bottom w:w="100" w:type="dxa"/>
              <w:end w:w="110" w:type="dxa"/>
            </w:tcMar>
            <w:vAlign w:val="top"/>
          </w:tcPr>
          <w:p>
            <w:r>
              <w:t>[Risk 3]</w:t>
            </w:r>
          </w:p>
        </w:tc>
        <w:tc>
          <w:tcPr>
            <w:tcW w:type="dxa" w:w="1440"/>
            <w:tcMar>
              <w:top w:w="100" w:type="dxa"/>
              <w:start w:w="110" w:type="dxa"/>
              <w:bottom w:w="100" w:type="dxa"/>
              <w:end w:w="110" w:type="dxa"/>
            </w:tcMar>
            <w:vAlign w:val="top"/>
          </w:tcPr>
          <w:p>
            <w:r>
              <w:t>[Low / Med / High]</w:t>
            </w:r>
          </w:p>
        </w:tc>
        <w:tc>
          <w:tcPr>
            <w:tcW w:type="dxa" w:w="1440"/>
            <w:tcMar>
              <w:top w:w="100" w:type="dxa"/>
              <w:start w:w="110" w:type="dxa"/>
              <w:bottom w:w="100" w:type="dxa"/>
              <w:end w:w="110" w:type="dxa"/>
            </w:tcMar>
            <w:vAlign w:val="top"/>
          </w:tcPr>
          <w:p>
            <w:r>
              <w:t>[Low / Med / High]</w:t>
            </w:r>
          </w:p>
        </w:tc>
        <w:tc>
          <w:tcPr>
            <w:tcW w:type="dxa" w:w="3528"/>
            <w:tcMar>
              <w:top w:w="100" w:type="dxa"/>
              <w:start w:w="110" w:type="dxa"/>
              <w:bottom w:w="100" w:type="dxa"/>
              <w:end w:w="110" w:type="dxa"/>
            </w:tcMar>
            <w:vAlign w:val="top"/>
          </w:tcPr>
          <w:p>
            <w:r>
              <w:t>[Mitigation]</w:t>
            </w:r>
          </w:p>
        </w:tc>
        <w:tc>
          <w:tcPr>
            <w:tcW w:type="dxa" w:w="1080"/>
            <w:tcMar>
              <w:top w:w="100" w:type="dxa"/>
              <w:start w:w="110" w:type="dxa"/>
              <w:bottom w:w="100" w:type="dxa"/>
              <w:end w:w="110" w:type="dxa"/>
            </w:tcMar>
            <w:vAlign w:val="top"/>
          </w:tcPr>
          <w:p>
            <w:r>
              <w:t>[Owner]</w:t>
            </w:r>
          </w:p>
        </w:tc>
      </w:tr>
    </w:tbl>
    <w:p/>
    <w:p>
      <w:pPr>
        <w:pStyle w:val="Heading2"/>
      </w:pPr>
      <w:r>
        <w:t>Approvals &amp; Decision Rights</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160"/>
            <w:shd w:fill="1E5EFF"/>
            <w:tcMar>
              <w:top w:w="120" w:type="dxa"/>
              <w:start w:w="120" w:type="dxa"/>
              <w:bottom w:w="120" w:type="dxa"/>
              <w:end w:w="120" w:type="dxa"/>
            </w:tcMar>
          </w:tcPr>
          <w:p>
            <w:r>
              <w:rPr>
                <w:b/>
                <w:color w:val="FFFFFF"/>
              </w:rPr>
              <w:t>Decision</w:t>
            </w:r>
          </w:p>
        </w:tc>
        <w:tc>
          <w:tcPr>
            <w:tcW w:type="dxa" w:w="2160"/>
            <w:shd w:fill="1E5EFF"/>
            <w:tcMar>
              <w:top w:w="120" w:type="dxa"/>
              <w:start w:w="120" w:type="dxa"/>
              <w:bottom w:w="120" w:type="dxa"/>
              <w:end w:w="120" w:type="dxa"/>
            </w:tcMar>
          </w:tcPr>
          <w:p>
            <w:r>
              <w:rPr>
                <w:b/>
                <w:color w:val="FFFFFF"/>
              </w:rPr>
              <w:t>Recommends</w:t>
            </w:r>
          </w:p>
        </w:tc>
        <w:tc>
          <w:tcPr>
            <w:tcW w:type="dxa" w:w="2160"/>
            <w:shd w:fill="1E5EFF"/>
            <w:tcMar>
              <w:top w:w="120" w:type="dxa"/>
              <w:start w:w="120" w:type="dxa"/>
              <w:bottom w:w="120" w:type="dxa"/>
              <w:end w:w="120" w:type="dxa"/>
            </w:tcMar>
          </w:tcPr>
          <w:p>
            <w:r>
              <w:rPr>
                <w:b/>
                <w:color w:val="FFFFFF"/>
              </w:rPr>
              <w:t>Approves</w:t>
            </w:r>
          </w:p>
        </w:tc>
        <w:tc>
          <w:tcPr>
            <w:tcW w:type="dxa" w:w="3168"/>
            <w:shd w:fill="1E5EFF"/>
            <w:tcMar>
              <w:top w:w="120" w:type="dxa"/>
              <w:start w:w="120" w:type="dxa"/>
              <w:bottom w:w="120" w:type="dxa"/>
              <w:end w:w="120" w:type="dxa"/>
            </w:tcMar>
          </w:tcPr>
          <w:p>
            <w:r>
              <w:rPr>
                <w:b/>
                <w:color w:val="FFFFFF"/>
              </w:rPr>
              <w:t>Consulted / Informed</w:t>
            </w:r>
          </w:p>
        </w:tc>
      </w:tr>
      <w:tr>
        <w:tc>
          <w:tcPr>
            <w:tcW w:type="dxa" w:w="2160"/>
            <w:tcMar>
              <w:top w:w="100" w:type="dxa"/>
              <w:start w:w="110" w:type="dxa"/>
              <w:bottom w:w="100" w:type="dxa"/>
              <w:end w:w="110" w:type="dxa"/>
            </w:tcMar>
            <w:vAlign w:val="top"/>
          </w:tcPr>
          <w:p>
            <w:r>
              <w:t>Strategy</w:t>
            </w:r>
          </w:p>
        </w:tc>
        <w:tc>
          <w:tcPr>
            <w:tcW w:type="dxa" w:w="2160"/>
            <w:tcMar>
              <w:top w:w="100" w:type="dxa"/>
              <w:start w:w="110" w:type="dxa"/>
              <w:bottom w:w="100" w:type="dxa"/>
              <w:end w:w="110" w:type="dxa"/>
            </w:tcMar>
            <w:vAlign w:val="top"/>
          </w:tcPr>
          <w:p>
            <w:r>
              <w:t>[Name / Role]</w:t>
            </w:r>
          </w:p>
        </w:tc>
        <w:tc>
          <w:tcPr>
            <w:tcW w:type="dxa" w:w="2160"/>
            <w:tcMar>
              <w:top w:w="100" w:type="dxa"/>
              <w:start w:w="110" w:type="dxa"/>
              <w:bottom w:w="100" w:type="dxa"/>
              <w:end w:w="110" w:type="dxa"/>
            </w:tcMar>
            <w:vAlign w:val="top"/>
          </w:tcPr>
          <w:p>
            <w:r>
              <w:t>[Name / Role]</w:t>
            </w:r>
          </w:p>
        </w:tc>
        <w:tc>
          <w:tcPr>
            <w:tcW w:type="dxa" w:w="3168"/>
            <w:tcMar>
              <w:top w:w="100" w:type="dxa"/>
              <w:start w:w="110" w:type="dxa"/>
              <w:bottom w:w="100" w:type="dxa"/>
              <w:end w:w="110" w:type="dxa"/>
            </w:tcMar>
            <w:vAlign w:val="top"/>
          </w:tcPr>
          <w:p>
            <w:r>
              <w:t>[Names / Roles]</w:t>
            </w:r>
          </w:p>
        </w:tc>
      </w:tr>
      <w:tr>
        <w:tc>
          <w:tcPr>
            <w:tcW w:type="dxa" w:w="2160"/>
            <w:tcMar>
              <w:top w:w="100" w:type="dxa"/>
              <w:start w:w="110" w:type="dxa"/>
              <w:bottom w:w="100" w:type="dxa"/>
              <w:end w:w="110" w:type="dxa"/>
            </w:tcMar>
            <w:vAlign w:val="top"/>
          </w:tcPr>
          <w:p>
            <w:r>
              <w:t>Budget</w:t>
            </w:r>
          </w:p>
        </w:tc>
        <w:tc>
          <w:tcPr>
            <w:tcW w:type="dxa" w:w="2160"/>
            <w:tcMar>
              <w:top w:w="100" w:type="dxa"/>
              <w:start w:w="110" w:type="dxa"/>
              <w:bottom w:w="100" w:type="dxa"/>
              <w:end w:w="110" w:type="dxa"/>
            </w:tcMar>
            <w:vAlign w:val="top"/>
          </w:tcPr>
          <w:p>
            <w:r>
              <w:t>[Name / Role]</w:t>
            </w:r>
          </w:p>
        </w:tc>
        <w:tc>
          <w:tcPr>
            <w:tcW w:type="dxa" w:w="2160"/>
            <w:tcMar>
              <w:top w:w="100" w:type="dxa"/>
              <w:start w:w="110" w:type="dxa"/>
              <w:bottom w:w="100" w:type="dxa"/>
              <w:end w:w="110" w:type="dxa"/>
            </w:tcMar>
            <w:vAlign w:val="top"/>
          </w:tcPr>
          <w:p>
            <w:r>
              <w:t>[Name / Role]</w:t>
            </w:r>
          </w:p>
        </w:tc>
        <w:tc>
          <w:tcPr>
            <w:tcW w:type="dxa" w:w="3168"/>
            <w:tcMar>
              <w:top w:w="100" w:type="dxa"/>
              <w:start w:w="110" w:type="dxa"/>
              <w:bottom w:w="100" w:type="dxa"/>
              <w:end w:w="110" w:type="dxa"/>
            </w:tcMar>
            <w:vAlign w:val="top"/>
          </w:tcPr>
          <w:p>
            <w:r>
              <w:t>[Names / Roles]</w:t>
            </w:r>
          </w:p>
        </w:tc>
      </w:tr>
      <w:tr>
        <w:tc>
          <w:tcPr>
            <w:tcW w:type="dxa" w:w="2160"/>
            <w:tcMar>
              <w:top w:w="100" w:type="dxa"/>
              <w:start w:w="110" w:type="dxa"/>
              <w:bottom w:w="100" w:type="dxa"/>
              <w:end w:w="110" w:type="dxa"/>
            </w:tcMar>
            <w:vAlign w:val="top"/>
          </w:tcPr>
          <w:p>
            <w:r>
              <w:t>Creative</w:t>
            </w:r>
          </w:p>
        </w:tc>
        <w:tc>
          <w:tcPr>
            <w:tcW w:type="dxa" w:w="2160"/>
            <w:tcMar>
              <w:top w:w="100" w:type="dxa"/>
              <w:start w:w="110" w:type="dxa"/>
              <w:bottom w:w="100" w:type="dxa"/>
              <w:end w:w="110" w:type="dxa"/>
            </w:tcMar>
            <w:vAlign w:val="top"/>
          </w:tcPr>
          <w:p>
            <w:r>
              <w:t>[Name / Role]</w:t>
            </w:r>
          </w:p>
        </w:tc>
        <w:tc>
          <w:tcPr>
            <w:tcW w:type="dxa" w:w="2160"/>
            <w:tcMar>
              <w:top w:w="100" w:type="dxa"/>
              <w:start w:w="110" w:type="dxa"/>
              <w:bottom w:w="100" w:type="dxa"/>
              <w:end w:w="110" w:type="dxa"/>
            </w:tcMar>
            <w:vAlign w:val="top"/>
          </w:tcPr>
          <w:p>
            <w:r>
              <w:t>[Name / Role]</w:t>
            </w:r>
          </w:p>
        </w:tc>
        <w:tc>
          <w:tcPr>
            <w:tcW w:type="dxa" w:w="3168"/>
            <w:tcMar>
              <w:top w:w="100" w:type="dxa"/>
              <w:start w:w="110" w:type="dxa"/>
              <w:bottom w:w="100" w:type="dxa"/>
              <w:end w:w="110" w:type="dxa"/>
            </w:tcMar>
            <w:vAlign w:val="top"/>
          </w:tcPr>
          <w:p>
            <w:r>
              <w:t>[Names / Roles]</w:t>
            </w:r>
          </w:p>
        </w:tc>
      </w:tr>
      <w:tr>
        <w:tc>
          <w:tcPr>
            <w:tcW w:type="dxa" w:w="2160"/>
            <w:tcMar>
              <w:top w:w="100" w:type="dxa"/>
              <w:start w:w="110" w:type="dxa"/>
              <w:bottom w:w="100" w:type="dxa"/>
              <w:end w:w="110" w:type="dxa"/>
            </w:tcMar>
            <w:vAlign w:val="top"/>
          </w:tcPr>
          <w:p>
            <w:r>
              <w:t>Media changes</w:t>
            </w:r>
          </w:p>
        </w:tc>
        <w:tc>
          <w:tcPr>
            <w:tcW w:type="dxa" w:w="2160"/>
            <w:tcMar>
              <w:top w:w="100" w:type="dxa"/>
              <w:start w:w="110" w:type="dxa"/>
              <w:bottom w:w="100" w:type="dxa"/>
              <w:end w:w="110" w:type="dxa"/>
            </w:tcMar>
            <w:vAlign w:val="top"/>
          </w:tcPr>
          <w:p>
            <w:r>
              <w:t>[Name / Role]</w:t>
            </w:r>
          </w:p>
        </w:tc>
        <w:tc>
          <w:tcPr>
            <w:tcW w:type="dxa" w:w="2160"/>
            <w:tcMar>
              <w:top w:w="100" w:type="dxa"/>
              <w:start w:w="110" w:type="dxa"/>
              <w:bottom w:w="100" w:type="dxa"/>
              <w:end w:w="110" w:type="dxa"/>
            </w:tcMar>
            <w:vAlign w:val="top"/>
          </w:tcPr>
          <w:p>
            <w:r>
              <w:t>[Name / Role]</w:t>
            </w:r>
          </w:p>
        </w:tc>
        <w:tc>
          <w:tcPr>
            <w:tcW w:type="dxa" w:w="3168"/>
            <w:tcMar>
              <w:top w:w="100" w:type="dxa"/>
              <w:start w:w="110" w:type="dxa"/>
              <w:bottom w:w="100" w:type="dxa"/>
              <w:end w:w="110" w:type="dxa"/>
            </w:tcMar>
            <w:vAlign w:val="top"/>
          </w:tcPr>
          <w:p>
            <w:r>
              <w:t>[Names / Roles]</w:t>
            </w:r>
          </w:p>
        </w:tc>
      </w:tr>
      <w:tr>
        <w:tc>
          <w:tcPr>
            <w:tcW w:type="dxa" w:w="2160"/>
            <w:tcMar>
              <w:top w:w="100" w:type="dxa"/>
              <w:start w:w="110" w:type="dxa"/>
              <w:bottom w:w="100" w:type="dxa"/>
              <w:end w:w="110" w:type="dxa"/>
            </w:tcMar>
            <w:vAlign w:val="top"/>
          </w:tcPr>
          <w:p>
            <w:r>
              <w:t>Claims / legal review</w:t>
            </w:r>
          </w:p>
        </w:tc>
        <w:tc>
          <w:tcPr>
            <w:tcW w:type="dxa" w:w="2160"/>
            <w:tcMar>
              <w:top w:w="100" w:type="dxa"/>
              <w:start w:w="110" w:type="dxa"/>
              <w:bottom w:w="100" w:type="dxa"/>
              <w:end w:w="110" w:type="dxa"/>
            </w:tcMar>
            <w:vAlign w:val="top"/>
          </w:tcPr>
          <w:p>
            <w:r>
              <w:t>[Name / Role]</w:t>
            </w:r>
          </w:p>
        </w:tc>
        <w:tc>
          <w:tcPr>
            <w:tcW w:type="dxa" w:w="2160"/>
            <w:tcMar>
              <w:top w:w="100" w:type="dxa"/>
              <w:start w:w="110" w:type="dxa"/>
              <w:bottom w:w="100" w:type="dxa"/>
              <w:end w:w="110" w:type="dxa"/>
            </w:tcMar>
            <w:vAlign w:val="top"/>
          </w:tcPr>
          <w:p>
            <w:r>
              <w:t>[Name / Role]</w:t>
            </w:r>
          </w:p>
        </w:tc>
        <w:tc>
          <w:tcPr>
            <w:tcW w:type="dxa" w:w="3168"/>
            <w:tcMar>
              <w:top w:w="100" w:type="dxa"/>
              <w:start w:w="110" w:type="dxa"/>
              <w:bottom w:w="100" w:type="dxa"/>
              <w:end w:w="110" w:type="dxa"/>
            </w:tcMar>
            <w:vAlign w:val="top"/>
          </w:tcPr>
          <w:p>
            <w:r>
              <w:t>[Names / Roles]</w:t>
            </w:r>
          </w:p>
        </w:tc>
      </w:tr>
    </w:tbl>
    <w:p/>
    <w:p>
      <w:pPr>
        <w:pStyle w:val="Heading1"/>
      </w:pPr>
      <w:r>
        <w:t>15. Final Plan Review</w:t>
      </w:r>
    </w:p>
    <w:p>
      <w:pPr>
        <w:pStyle w:val="BodyText"/>
      </w:pPr>
      <w:r>
        <w:t>Use this review before presenting, approving, or distributing the marketing plan. A complete plan should make the strategic logic visible from evidence through execution and measurement.</w:t>
      </w:r>
    </w:p>
    <w:p>
      <w:pPr>
        <w:pStyle w:val="BodyText"/>
      </w:pPr>
      <w:r>
        <w:t>[ ] The business context and marketing problem are clear.</w:t>
      </w:r>
    </w:p>
    <w:p>
      <w:pPr>
        <w:pStyle w:val="BodyText"/>
      </w:pPr>
      <w:r>
        <w:t>[ ] Objectives are measurable and connected to business priorities.</w:t>
      </w:r>
    </w:p>
    <w:p>
      <w:pPr>
        <w:pStyle w:val="BodyText"/>
      </w:pPr>
      <w:r>
        <w:t>[ ] Audience choices are supported by evidence.</w:t>
      </w:r>
    </w:p>
    <w:p>
      <w:pPr>
        <w:pStyle w:val="BodyText"/>
      </w:pPr>
      <w:r>
        <w:t>[ ] Positioning and messaging reflect a real customer need and meaningful differentiation.</w:t>
      </w:r>
    </w:p>
    <w:p>
      <w:pPr>
        <w:pStyle w:val="BodyText"/>
      </w:pPr>
      <w:r>
        <w:t>[ ] Strategy identifies priorities and deliberate tradeoffs.</w:t>
      </w:r>
    </w:p>
    <w:p>
      <w:pPr>
        <w:pStyle w:val="BodyText"/>
      </w:pPr>
      <w:r>
        <w:t>[ ] Every major channel has a defined role.</w:t>
      </w:r>
    </w:p>
    <w:p>
      <w:pPr>
        <w:pStyle w:val="BodyText"/>
      </w:pPr>
      <w:r>
        <w:t>[ ] Creative direction follows from the strategy.</w:t>
      </w:r>
    </w:p>
    <w:p>
      <w:pPr>
        <w:pStyle w:val="BodyText"/>
      </w:pPr>
      <w:r>
        <w:t>[ ] The calendar includes clear ownership and dependencies.</w:t>
      </w:r>
    </w:p>
    <w:p>
      <w:pPr>
        <w:pStyle w:val="BodyText"/>
      </w:pPr>
      <w:r>
        <w:t>[ ] Budget assumptions are documented.</w:t>
      </w:r>
    </w:p>
    <w:p>
      <w:pPr>
        <w:pStyle w:val="BodyText"/>
      </w:pPr>
      <w:r>
        <w:t>[ ] KPIs, data sources, and reporting cadence are defined.</w:t>
      </w:r>
    </w:p>
    <w:p>
      <w:pPr>
        <w:pStyle w:val="BodyText"/>
      </w:pPr>
      <w:r>
        <w:t>[ ] Testing and optimization rules are established.</w:t>
      </w:r>
    </w:p>
    <w:p>
      <w:pPr>
        <w:pStyle w:val="BodyText"/>
      </w:pPr>
      <w:r>
        <w:t>[ ] Material risks and approval requirements are documented.</w:t>
      </w:r>
    </w:p>
    <w:p>
      <w:pPr>
        <w:pStyle w:val="BodyText"/>
      </w:pPr>
      <w:r>
        <w:t>[ ] All bracketed instructions and placeholder content have been replaced or removed.</w:t>
      </w:r>
    </w:p>
    <w:p>
      <w:pPr>
        <w:pStyle w:val="BodyText"/>
      </w:pPr>
      <w:r>
        <w:t>[ ] All claims, disclosures, data, citations, and legal requirements have been reviewed where applicable.</w:t>
      </w:r>
    </w:p>
    <w:p>
      <w:pPr>
        <w:pStyle w:val="Heading2"/>
      </w:pPr>
      <w:r>
        <w:t>Approval</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592"/>
            <w:shd w:fill="1E5EFF"/>
            <w:tcMar>
              <w:top w:w="120" w:type="dxa"/>
              <w:start w:w="120" w:type="dxa"/>
              <w:bottom w:w="120" w:type="dxa"/>
              <w:end w:w="120" w:type="dxa"/>
            </w:tcMar>
          </w:tcPr>
          <w:p>
            <w:r>
              <w:rPr>
                <w:b/>
                <w:color w:val="FFFFFF"/>
              </w:rPr>
              <w:t>Role</w:t>
            </w:r>
          </w:p>
        </w:tc>
        <w:tc>
          <w:tcPr>
            <w:tcW w:type="dxa" w:w="2448"/>
            <w:shd w:fill="1E5EFF"/>
            <w:tcMar>
              <w:top w:w="120" w:type="dxa"/>
              <w:start w:w="120" w:type="dxa"/>
              <w:bottom w:w="120" w:type="dxa"/>
              <w:end w:w="120" w:type="dxa"/>
            </w:tcMar>
          </w:tcPr>
          <w:p>
            <w:r>
              <w:rPr>
                <w:b/>
                <w:color w:val="FFFFFF"/>
              </w:rPr>
              <w:t>Name</w:t>
            </w:r>
          </w:p>
        </w:tc>
        <w:tc>
          <w:tcPr>
            <w:tcW w:type="dxa" w:w="2736"/>
            <w:shd w:fill="1E5EFF"/>
            <w:tcMar>
              <w:top w:w="120" w:type="dxa"/>
              <w:start w:w="120" w:type="dxa"/>
              <w:bottom w:w="120" w:type="dxa"/>
              <w:end w:w="120" w:type="dxa"/>
            </w:tcMar>
          </w:tcPr>
          <w:p>
            <w:r>
              <w:rPr>
                <w:b/>
                <w:color w:val="FFFFFF"/>
              </w:rPr>
              <w:t>Approval / Signature</w:t>
            </w:r>
          </w:p>
        </w:tc>
        <w:tc>
          <w:tcPr>
            <w:tcW w:type="dxa" w:w="1728"/>
            <w:shd w:fill="1E5EFF"/>
            <w:tcMar>
              <w:top w:w="120" w:type="dxa"/>
              <w:start w:w="120" w:type="dxa"/>
              <w:bottom w:w="120" w:type="dxa"/>
              <w:end w:w="120" w:type="dxa"/>
            </w:tcMar>
          </w:tcPr>
          <w:p>
            <w:r>
              <w:rPr>
                <w:b/>
                <w:color w:val="FFFFFF"/>
              </w:rPr>
              <w:t>Date</w:t>
            </w:r>
          </w:p>
        </w:tc>
      </w:tr>
      <w:tr>
        <w:tc>
          <w:tcPr>
            <w:tcW w:type="dxa" w:w="2592"/>
            <w:tcMar>
              <w:top w:w="100" w:type="dxa"/>
              <w:start w:w="110" w:type="dxa"/>
              <w:bottom w:w="100" w:type="dxa"/>
              <w:end w:w="110" w:type="dxa"/>
            </w:tcMar>
            <w:vAlign w:val="top"/>
          </w:tcPr>
          <w:p>
            <w:r>
              <w:t>Marketing Lead</w:t>
            </w:r>
          </w:p>
        </w:tc>
        <w:tc>
          <w:tcPr>
            <w:tcW w:type="dxa" w:w="2448"/>
            <w:tcMar>
              <w:top w:w="100" w:type="dxa"/>
              <w:start w:w="110" w:type="dxa"/>
              <w:bottom w:w="100" w:type="dxa"/>
              <w:end w:w="110" w:type="dxa"/>
            </w:tcMar>
            <w:vAlign w:val="top"/>
          </w:tcPr>
          <w:p>
            <w:r>
              <w:t>[Name]</w:t>
            </w:r>
          </w:p>
        </w:tc>
        <w:tc>
          <w:tcPr>
            <w:tcW w:type="dxa" w:w="2736"/>
            <w:tcMar>
              <w:top w:w="100" w:type="dxa"/>
              <w:start w:w="110" w:type="dxa"/>
              <w:bottom w:w="100" w:type="dxa"/>
              <w:end w:w="110" w:type="dxa"/>
            </w:tcMar>
            <w:vAlign w:val="top"/>
          </w:tcPr>
          <w:p>
            <w:r>
              <w:t>[Approval]</w:t>
            </w:r>
          </w:p>
        </w:tc>
        <w:tc>
          <w:tcPr>
            <w:tcW w:type="dxa" w:w="1728"/>
            <w:tcMar>
              <w:top w:w="100" w:type="dxa"/>
              <w:start w:w="110" w:type="dxa"/>
              <w:bottom w:w="100" w:type="dxa"/>
              <w:end w:w="110" w:type="dxa"/>
            </w:tcMar>
            <w:vAlign w:val="top"/>
          </w:tcPr>
          <w:p>
            <w:r>
              <w:t>[Date]</w:t>
            </w:r>
          </w:p>
        </w:tc>
      </w:tr>
      <w:tr>
        <w:tc>
          <w:tcPr>
            <w:tcW w:type="dxa" w:w="2592"/>
            <w:tcMar>
              <w:top w:w="100" w:type="dxa"/>
              <w:start w:w="110" w:type="dxa"/>
              <w:bottom w:w="100" w:type="dxa"/>
              <w:end w:w="110" w:type="dxa"/>
            </w:tcMar>
            <w:vAlign w:val="top"/>
          </w:tcPr>
          <w:p>
            <w:r>
              <w:t>Business / Executive Lead</w:t>
            </w:r>
          </w:p>
        </w:tc>
        <w:tc>
          <w:tcPr>
            <w:tcW w:type="dxa" w:w="2448"/>
            <w:tcMar>
              <w:top w:w="100" w:type="dxa"/>
              <w:start w:w="110" w:type="dxa"/>
              <w:bottom w:w="100" w:type="dxa"/>
              <w:end w:w="110" w:type="dxa"/>
            </w:tcMar>
            <w:vAlign w:val="top"/>
          </w:tcPr>
          <w:p>
            <w:r>
              <w:t>[Name]</w:t>
            </w:r>
          </w:p>
        </w:tc>
        <w:tc>
          <w:tcPr>
            <w:tcW w:type="dxa" w:w="2736"/>
            <w:tcMar>
              <w:top w:w="100" w:type="dxa"/>
              <w:start w:w="110" w:type="dxa"/>
              <w:bottom w:w="100" w:type="dxa"/>
              <w:end w:w="110" w:type="dxa"/>
            </w:tcMar>
            <w:vAlign w:val="top"/>
          </w:tcPr>
          <w:p>
            <w:r>
              <w:t>[Approval]</w:t>
            </w:r>
          </w:p>
        </w:tc>
        <w:tc>
          <w:tcPr>
            <w:tcW w:type="dxa" w:w="1728"/>
            <w:tcMar>
              <w:top w:w="100" w:type="dxa"/>
              <w:start w:w="110" w:type="dxa"/>
              <w:bottom w:w="100" w:type="dxa"/>
              <w:end w:w="110" w:type="dxa"/>
            </w:tcMar>
            <w:vAlign w:val="top"/>
          </w:tcPr>
          <w:p>
            <w:r>
              <w:t>[Date]</w:t>
            </w:r>
          </w:p>
        </w:tc>
      </w:tr>
      <w:tr>
        <w:tc>
          <w:tcPr>
            <w:tcW w:type="dxa" w:w="2592"/>
            <w:tcMar>
              <w:top w:w="100" w:type="dxa"/>
              <w:start w:w="110" w:type="dxa"/>
              <w:bottom w:w="100" w:type="dxa"/>
              <w:end w:w="110" w:type="dxa"/>
            </w:tcMar>
            <w:vAlign w:val="top"/>
          </w:tcPr>
          <w:p>
            <w:r>
              <w:t>Finance / Budget Owner</w:t>
            </w:r>
          </w:p>
        </w:tc>
        <w:tc>
          <w:tcPr>
            <w:tcW w:type="dxa" w:w="2448"/>
            <w:tcMar>
              <w:top w:w="100" w:type="dxa"/>
              <w:start w:w="110" w:type="dxa"/>
              <w:bottom w:w="100" w:type="dxa"/>
              <w:end w:w="110" w:type="dxa"/>
            </w:tcMar>
            <w:vAlign w:val="top"/>
          </w:tcPr>
          <w:p>
            <w:r>
              <w:t>[Name]</w:t>
            </w:r>
          </w:p>
        </w:tc>
        <w:tc>
          <w:tcPr>
            <w:tcW w:type="dxa" w:w="2736"/>
            <w:tcMar>
              <w:top w:w="100" w:type="dxa"/>
              <w:start w:w="110" w:type="dxa"/>
              <w:bottom w:w="100" w:type="dxa"/>
              <w:end w:w="110" w:type="dxa"/>
            </w:tcMar>
            <w:vAlign w:val="top"/>
          </w:tcPr>
          <w:p>
            <w:r>
              <w:t>[Approval]</w:t>
            </w:r>
          </w:p>
        </w:tc>
        <w:tc>
          <w:tcPr>
            <w:tcW w:type="dxa" w:w="1728"/>
            <w:tcMar>
              <w:top w:w="100" w:type="dxa"/>
              <w:start w:w="110" w:type="dxa"/>
              <w:bottom w:w="100" w:type="dxa"/>
              <w:end w:w="110" w:type="dxa"/>
            </w:tcMar>
            <w:vAlign w:val="top"/>
          </w:tcPr>
          <w:p>
            <w:r>
              <w:t>[Date]</w:t>
            </w:r>
          </w:p>
        </w:tc>
      </w:tr>
      <w:tr>
        <w:tc>
          <w:tcPr>
            <w:tcW w:type="dxa" w:w="2592"/>
            <w:tcMar>
              <w:top w:w="100" w:type="dxa"/>
              <w:start w:w="110" w:type="dxa"/>
              <w:bottom w:w="100" w:type="dxa"/>
              <w:end w:w="110" w:type="dxa"/>
            </w:tcMar>
            <w:vAlign w:val="top"/>
          </w:tcPr>
          <w:p>
            <w:r>
              <w:t>Other</w:t>
            </w:r>
          </w:p>
        </w:tc>
        <w:tc>
          <w:tcPr>
            <w:tcW w:type="dxa" w:w="2448"/>
            <w:tcMar>
              <w:top w:w="100" w:type="dxa"/>
              <w:start w:w="110" w:type="dxa"/>
              <w:bottom w:w="100" w:type="dxa"/>
              <w:end w:w="110" w:type="dxa"/>
            </w:tcMar>
            <w:vAlign w:val="top"/>
          </w:tcPr>
          <w:p>
            <w:r>
              <w:t>[Name]</w:t>
            </w:r>
          </w:p>
        </w:tc>
        <w:tc>
          <w:tcPr>
            <w:tcW w:type="dxa" w:w="2736"/>
            <w:tcMar>
              <w:top w:w="100" w:type="dxa"/>
              <w:start w:w="110" w:type="dxa"/>
              <w:bottom w:w="100" w:type="dxa"/>
              <w:end w:w="110" w:type="dxa"/>
            </w:tcMar>
            <w:vAlign w:val="top"/>
          </w:tcPr>
          <w:p>
            <w:r>
              <w:t>[Approval]</w:t>
            </w:r>
          </w:p>
        </w:tc>
        <w:tc>
          <w:tcPr>
            <w:tcW w:type="dxa" w:w="1728"/>
            <w:tcMar>
              <w:top w:w="100" w:type="dxa"/>
              <w:start w:w="110" w:type="dxa"/>
              <w:bottom w:w="100" w:type="dxa"/>
              <w:end w:w="110" w:type="dxa"/>
            </w:tcMar>
            <w:vAlign w:val="top"/>
          </w:tcPr>
          <w:p>
            <w:r>
              <w:t>[Date]</w:t>
            </w:r>
          </w:p>
        </w:tc>
      </w:tr>
    </w:tbl>
    <w:p/>
    <w:p/>
    <w:p>
      <w:pPr>
        <w:pStyle w:val="Instruction"/>
        <w:jc w:val="center"/>
      </w:pPr>
      <w:r>
        <w:t>Template originally provided by the American Advertising and Marketing Association.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F6772"/>
        <w:sz w:val="15"/>
      </w:rPr>
      <w:t>Replace or remove all bracketed instructions and placeholder content before sharing the completed plan.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F6772"/>
        <w:sz w:val="16"/>
      </w:rPr>
      <w:t>MARKETING PLAN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F29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160"/>
      <w:outlineLvl w:val="0"/>
    </w:pPr>
    <w:rPr>
      <w:rFonts w:asciiTheme="majorHAnsi" w:eastAsiaTheme="majorEastAsia" w:hAnsiTheme="majorHAnsi" w:cstheme="majorBidi" w:ascii="Aptos Display" w:hAnsi="Aptos Display"/>
      <w:b/>
      <w:bCs/>
      <w:color w:val="1E5EFF"/>
      <w:sz w:val="44"/>
      <w:szCs w:val="28"/>
    </w:rPr>
  </w:style>
  <w:style w:type="paragraph" w:styleId="Heading2">
    <w:name w:val="heading 2"/>
    <w:basedOn w:val="Normal"/>
    <w:next w:val="Normal"/>
    <w:link w:val="Heading2Char"/>
    <w:uiPriority w:val="9"/>
    <w:unhideWhenUsed/>
    <w:qFormat/>
    <w:rsid w:val="00FC693F"/>
    <w:pPr>
      <w:keepNext/>
      <w:keepLines/>
      <w:spacing w:before="160" w:after="160"/>
      <w:outlineLvl w:val="1"/>
    </w:pPr>
    <w:rPr>
      <w:rFonts w:asciiTheme="majorHAnsi" w:eastAsiaTheme="majorEastAsia" w:hAnsiTheme="majorHAnsi" w:cstheme="majorBidi" w:ascii="Aptos Display" w:hAnsi="Aptos Display"/>
      <w:b/>
      <w:bCs/>
      <w:color w:val="1F2937"/>
      <w:sz w:val="32"/>
      <w:szCs w:val="26"/>
    </w:rPr>
  </w:style>
  <w:style w:type="paragraph" w:styleId="Heading3">
    <w:name w:val="heading 3"/>
    <w:basedOn w:val="Normal"/>
    <w:next w:val="Normal"/>
    <w:link w:val="Heading3Char"/>
    <w:uiPriority w:val="9"/>
    <w:unhideWhenUsed/>
    <w:qFormat/>
    <w:rsid w:val="00FC693F"/>
    <w:pPr>
      <w:keepNext/>
      <w:keepLines/>
      <w:spacing w:before="160" w:after="160"/>
      <w:outlineLvl w:val="2"/>
    </w:pPr>
    <w:rPr>
      <w:rFonts w:asciiTheme="majorHAnsi" w:eastAsiaTheme="majorEastAsia" w:hAnsiTheme="majorHAnsi" w:cstheme="majorBidi" w:ascii="Aptos Display" w:hAnsi="Aptos Display"/>
      <w:b/>
      <w:bCs/>
      <w:color w:val="1F2937"/>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0" w:lineRule="auto"/>
    </w:pPr>
    <w:rPr>
      <w:rFonts w:ascii="Aptos" w:hAnsi="Aptos"/>
      <w:color w:val="1F2937"/>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5F6772"/>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200"/>
    </w:pPr>
    <w:rPr>
      <w:rFonts w:ascii="Aptos" w:hAnsi="Aptos"/>
      <w:i/>
      <w:color w:val="5F6772"/>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AAMA_Company_Logo_Placeholder.png"/><Relationship Id="rId12" Type="http://schemas.openxmlformats.org/officeDocument/2006/relationships/image" Target="media/AAMA_Product_Service_Placeholder.png"/><Relationship Id="rId13" Type="http://schemas.openxmlformats.org/officeDocument/2006/relationships/image" Target="media/AAMA_Target_Audience_Placeholder.png"/><Relationship Id="rId14" Type="http://schemas.openxmlformats.org/officeDocument/2006/relationships/image" Target="media/AAMA_Market_Context_Placeholder.png"/><Relationship Id="rId15" Type="http://schemas.openxmlformats.org/officeDocument/2006/relationships/image" Target="media/AAMA_Campaign_Creative_Placeholder.png"/><Relationship Id="rId16" Type="http://schemas.openxmlformats.org/officeDocument/2006/relationships/image" Target="media/AAMA_Performance_Chart_Placehol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AAMA Marketing Plan Template</dc:title>
  <dc:subject>Editable marketing plan template</dc:subject>
  <dc:creator>American Advertising and Marketing Association</dc:creator>
  <cp:keywords>marketing plan, strategy, template, AAMA</cp:keywords>
  <dc:description>Professional editable template originally provided by the American Advertising and Marketing Association.</dc:description>
  <cp:lastModifiedBy/>
  <cp:revision>1</cp:revision>
  <dcterms:created xsi:type="dcterms:W3CDTF">2013-12-23T23:15:00Z</dcterms:created>
  <dcterms:modified xsi:type="dcterms:W3CDTF">2013-12-23T23:15:00Z</dcterms:modified>
  <cp:category/>
</cp:coreProperties>
</file>